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22C58" w14:textId="07460152" w:rsidR="00C97D2A" w:rsidRDefault="005A0447" w:rsidP="002D2AF1">
      <w:pPr>
        <w:shd w:val="clear" w:color="auto" w:fill="EAF1DD" w:themeFill="accent3" w:themeFillTint="33"/>
        <w:spacing w:after="0" w:line="312" w:lineRule="auto"/>
        <w:jc w:val="center"/>
        <w:rPr>
          <w:rFonts w:asciiTheme="majorHAnsi" w:hAnsiTheme="majorHAnsi" w:cstheme="majorHAnsi"/>
          <w:b/>
          <w:bCs/>
          <w:color w:val="404040" w:themeColor="text1" w:themeTint="BF"/>
          <w:sz w:val="24"/>
          <w:szCs w:val="24"/>
        </w:rPr>
      </w:pPr>
      <w:r w:rsidRPr="0048513D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8553456" wp14:editId="1D4D6951">
                <wp:simplePos x="0" y="0"/>
                <wp:positionH relativeFrom="margin">
                  <wp:align>center</wp:align>
                </wp:positionH>
                <wp:positionV relativeFrom="paragraph">
                  <wp:posOffset>-150495</wp:posOffset>
                </wp:positionV>
                <wp:extent cx="6486525" cy="8353425"/>
                <wp:effectExtent l="0" t="0" r="28575" b="28575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83534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903005" w14:textId="1F836EC9" w:rsidR="0048513D" w:rsidRDefault="0048513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55345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0;margin-top:-11.85pt;width:510.75pt;height:657.75pt;z-index:-25165721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YIFMAIAAF4EAAAOAAAAZHJzL2Uyb0RvYy54bWysVNtu2zAMfR+wfxD0vti5LjXiFF26DgO6&#10;C9DtA2RZjoVJoiYpsbOvHyU7aba+DXsxRFI6POQhvbnttSJH4bwEU9LpJKdEGA61NPuSfv/28GZN&#10;iQ/M1EyBESU9CU9vt69fbTpbiBm0oGrhCIIYX3S2pG0Itsgyz1uhmZ+AFQaDDTjNAppun9WOdYiu&#10;VTbL81XWgautAy68R+/9EKTbhN80gocvTeNFIKqkyC2kr0vfKn6z7YYVe8dsK/lIg/0DC82kwaQX&#10;qHsWGDk4+QJKS+7AQxMmHHQGTSO5SDVgNdP8r2qeWmZFqgWb4+2lTf7/wfLPxyf71ZHQv4MeBUxF&#10;ePsI/IcnBnYtM3tx5xx0rWA1Jp7GlmWd9cX4NLbaFz6CVN0nqFFkdgiQgPrG6dgVrJMgOgpwujRd&#10;9IFwdK4W69VytqSEY2w9X84XaMQcrDg/t86HDwI0iYeSOlQ1wbPjow/D1fOVmM2DkvWDVCoZcZLE&#10;TjlyZDgDjHNhwjw9VweNfAc/zlI+TgO6cWYG9/rsRjZpJiNS4vZHEmVIV9KbWMZLAm5fXdJHuCFP&#10;BLzmqWXARVBSYxMul1gRu/7e1GlMA5NqOONjZUYZYucHDUJf9XgxylFBfUJBHAwDjwuKhxbcL0o6&#10;HPaS+p8H5gQl6qNBUW+mi0XcjmQslm9naLjrSHUdYYYjVEkDJcNxF9JGxdIN3KH4jUyyPDMZueIQ&#10;p+aNCxe35NpOt55/C9vfAAAA//8DAFBLAwQUAAYACAAAACEApCqo9+AAAAAKAQAADwAAAGRycy9k&#10;b3ducmV2LnhtbEyPzU7DMBCE70i8g7VI3FonRkAb4lRQfipOVUslrm68OBH2OordJLw97glus5rV&#10;zDflanKWDdiH1pOEfJ4BQ6q9bslIOHy8zhbAQlSklfWEEn4wwKq6vChVof1IOxz20bAUQqFQEpoY&#10;u4LzUDfoVJj7Dil5X753KqazN1z3akzhznKRZXfcqZZSQ6M6XDdYf+9PTsLz27DZ6knYJ7dbazO8&#10;jJ/vWyPl9dX0+AAs4hT/nuGMn9ChSkxHfyIdmJWQhkQJM3FzD+xsZyK/BXZMSizzBfCq5P8nVL8A&#10;AAD//wMAUEsBAi0AFAAGAAgAAAAhALaDOJL+AAAA4QEAABMAAAAAAAAAAAAAAAAAAAAAAFtDb250&#10;ZW50X1R5cGVzXS54bWxQSwECLQAUAAYACAAAACEAOP0h/9YAAACUAQAACwAAAAAAAAAAAAAAAAAv&#10;AQAAX3JlbHMvLnJlbHNQSwECLQAUAAYACAAAACEAso2CBTACAABeBAAADgAAAAAAAAAAAAAAAAAu&#10;AgAAZHJzL2Uyb0RvYy54bWxQSwECLQAUAAYACAAAACEApCqo9+AAAAAKAQAADwAAAAAAAAAAAAAA&#10;AACKBAAAZHJzL2Rvd25yZXYueG1sUEsFBgAAAAAEAAQA8wAAAJcFAAAAAA==&#10;" fillcolor="#eaf1dd [662]">
                <v:textbox>
                  <w:txbxContent>
                    <w:p w14:paraId="23903005" w14:textId="1F836EC9" w:rsidR="0048513D" w:rsidRDefault="0048513D"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2AF1">
        <w:rPr>
          <w:rFonts w:asciiTheme="majorHAnsi" w:hAnsiTheme="majorHAnsi" w:cstheme="majorHAnsi"/>
          <w:b/>
          <w:bCs/>
          <w:color w:val="404040" w:themeColor="text1" w:themeTint="BF"/>
          <w:sz w:val="24"/>
          <w:szCs w:val="24"/>
        </w:rPr>
        <w:t>M</w:t>
      </w:r>
      <w:r w:rsidR="002D2AF1" w:rsidRPr="00843780">
        <w:rPr>
          <w:rFonts w:asciiTheme="majorHAnsi" w:hAnsiTheme="majorHAnsi" w:cstheme="majorHAnsi"/>
          <w:b/>
          <w:bCs/>
          <w:color w:val="404040" w:themeColor="text1" w:themeTint="BF"/>
          <w:sz w:val="24"/>
          <w:szCs w:val="24"/>
        </w:rPr>
        <w:t>ODELOS DE DOCUMENTOS PARA ATOS ADMINISTRATIVOS</w:t>
      </w:r>
      <w:r w:rsidR="002D2AF1">
        <w:rPr>
          <w:rFonts w:asciiTheme="majorHAnsi" w:hAnsiTheme="majorHAnsi" w:cstheme="majorHAnsi"/>
          <w:b/>
          <w:bCs/>
          <w:color w:val="404040" w:themeColor="text1" w:themeTint="BF"/>
          <w:sz w:val="24"/>
          <w:szCs w:val="24"/>
        </w:rPr>
        <w:t xml:space="preserve"> </w:t>
      </w:r>
    </w:p>
    <w:p w14:paraId="7A6910B3" w14:textId="51821AAB" w:rsidR="002D2AF1" w:rsidRDefault="00111E84" w:rsidP="00E47E1A">
      <w:pPr>
        <w:shd w:val="clear" w:color="auto" w:fill="EAF1DD" w:themeFill="accent3" w:themeFillTint="33"/>
        <w:spacing w:after="0" w:line="312" w:lineRule="auto"/>
        <w:jc w:val="center"/>
        <w:rPr>
          <w:rFonts w:asciiTheme="majorHAnsi" w:hAnsiTheme="majorHAnsi" w:cstheme="majorHAnsi"/>
          <w:b/>
          <w:bCs/>
          <w:color w:val="404040" w:themeColor="text1" w:themeTint="BF"/>
          <w:sz w:val="24"/>
          <w:szCs w:val="24"/>
        </w:rPr>
      </w:pPr>
      <w:r>
        <w:rPr>
          <w:rFonts w:asciiTheme="majorHAnsi" w:hAnsiTheme="majorHAnsi" w:cstheme="majorHAnsi"/>
          <w:b/>
          <w:bCs/>
          <w:color w:val="404040" w:themeColor="text1" w:themeTint="BF"/>
          <w:sz w:val="24"/>
          <w:szCs w:val="24"/>
        </w:rPr>
        <w:t xml:space="preserve">DA </w:t>
      </w:r>
      <w:r w:rsidR="002D2AF1" w:rsidRPr="00D33AAD">
        <w:rPr>
          <w:rFonts w:asciiTheme="majorHAnsi" w:hAnsiTheme="majorHAnsi" w:cstheme="majorHAnsi"/>
          <w:b/>
          <w:bCs/>
          <w:color w:val="404040" w:themeColor="text1" w:themeTint="BF"/>
          <w:sz w:val="24"/>
          <w:szCs w:val="24"/>
        </w:rPr>
        <w:t>COMISSÃO DE ÉTICA MÉDICA</w:t>
      </w:r>
    </w:p>
    <w:p w14:paraId="58830195" w14:textId="58CB9A20" w:rsidR="00E47E1A" w:rsidRDefault="00E47E1A" w:rsidP="00E47E1A">
      <w:pPr>
        <w:shd w:val="clear" w:color="auto" w:fill="EAF1DD" w:themeFill="accent3" w:themeFillTint="33"/>
        <w:spacing w:after="0" w:line="312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0A47993D" w14:textId="1C7EC44B" w:rsidR="00E22CFC" w:rsidRPr="005D4ED8" w:rsidRDefault="00E916CB" w:rsidP="002D2AF1">
      <w:pPr>
        <w:pBdr>
          <w:bottom w:val="single" w:sz="12" w:space="1" w:color="auto"/>
        </w:pBdr>
        <w:spacing w:after="0" w:line="312" w:lineRule="auto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Tipos de </w:t>
      </w:r>
      <w:r w:rsidR="00E22CFC" w:rsidRPr="005D4ED8">
        <w:rPr>
          <w:rFonts w:asciiTheme="majorHAnsi" w:hAnsiTheme="majorHAnsi" w:cstheme="majorHAnsi"/>
          <w:b/>
          <w:bCs/>
          <w:sz w:val="24"/>
          <w:szCs w:val="24"/>
        </w:rPr>
        <w:t>Documentos:</w:t>
      </w:r>
    </w:p>
    <w:p w14:paraId="5AA19D38" w14:textId="72C6B070" w:rsidR="00CC5AD2" w:rsidRDefault="00CC5AD2" w:rsidP="00CC5AD2">
      <w:pPr>
        <w:spacing w:after="0" w:line="312" w:lineRule="auto"/>
        <w:ind w:left="714"/>
        <w:rPr>
          <w:rFonts w:asciiTheme="majorHAnsi" w:hAnsiTheme="majorHAnsi" w:cstheme="majorHAnsi"/>
          <w:sz w:val="24"/>
          <w:szCs w:val="24"/>
        </w:rPr>
      </w:pPr>
    </w:p>
    <w:p w14:paraId="646C2BE5" w14:textId="60662E87" w:rsidR="00E916CB" w:rsidRPr="00616EDF" w:rsidRDefault="00E916CB" w:rsidP="00E845A1">
      <w:pPr>
        <w:numPr>
          <w:ilvl w:val="0"/>
          <w:numId w:val="22"/>
        </w:numPr>
        <w:spacing w:after="0" w:line="312" w:lineRule="auto"/>
        <w:rPr>
          <w:rFonts w:asciiTheme="majorHAnsi" w:hAnsiTheme="majorHAnsi" w:cstheme="majorHAnsi"/>
          <w:sz w:val="24"/>
          <w:szCs w:val="24"/>
        </w:rPr>
      </w:pPr>
      <w:r w:rsidRPr="00616EDF">
        <w:rPr>
          <w:rFonts w:asciiTheme="majorHAnsi" w:hAnsiTheme="majorHAnsi" w:cstheme="majorHAnsi"/>
          <w:sz w:val="24"/>
          <w:szCs w:val="24"/>
        </w:rPr>
        <w:t xml:space="preserve">Ata de Instalação </w:t>
      </w:r>
      <w:r w:rsidR="001711D8">
        <w:rPr>
          <w:rFonts w:asciiTheme="majorHAnsi" w:hAnsiTheme="majorHAnsi" w:cstheme="majorHAnsi"/>
          <w:sz w:val="24"/>
          <w:szCs w:val="24"/>
        </w:rPr>
        <w:t xml:space="preserve">da </w:t>
      </w:r>
      <w:r w:rsidR="001711D8" w:rsidRPr="00616EDF">
        <w:rPr>
          <w:rFonts w:asciiTheme="majorHAnsi" w:hAnsiTheme="majorHAnsi" w:cstheme="majorHAnsi"/>
          <w:sz w:val="24"/>
          <w:szCs w:val="24"/>
        </w:rPr>
        <w:t>Comissão de Ética</w:t>
      </w:r>
      <w:r w:rsidR="001711D8">
        <w:rPr>
          <w:rFonts w:asciiTheme="majorHAnsi" w:hAnsiTheme="majorHAnsi" w:cstheme="majorHAnsi"/>
          <w:sz w:val="24"/>
          <w:szCs w:val="24"/>
        </w:rPr>
        <w:t xml:space="preserve"> Médica</w:t>
      </w:r>
      <w:r w:rsidR="001711D8" w:rsidRPr="00616EDF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24DCD4F9" w14:textId="60317679" w:rsidR="00E916CB" w:rsidRPr="00616EDF" w:rsidRDefault="00E916CB" w:rsidP="00E845A1">
      <w:pPr>
        <w:numPr>
          <w:ilvl w:val="0"/>
          <w:numId w:val="22"/>
        </w:numPr>
        <w:spacing w:after="0" w:line="312" w:lineRule="auto"/>
        <w:rPr>
          <w:rFonts w:asciiTheme="majorHAnsi" w:hAnsiTheme="majorHAnsi" w:cstheme="majorHAnsi"/>
          <w:sz w:val="24"/>
          <w:szCs w:val="24"/>
        </w:rPr>
      </w:pPr>
      <w:r w:rsidRPr="00616EDF">
        <w:rPr>
          <w:rFonts w:asciiTheme="majorHAnsi" w:hAnsiTheme="majorHAnsi" w:cstheme="majorHAnsi"/>
          <w:sz w:val="24"/>
          <w:szCs w:val="24"/>
        </w:rPr>
        <w:t>Edital de Convocação</w:t>
      </w:r>
    </w:p>
    <w:p w14:paraId="10777932" w14:textId="5F729EEC" w:rsidR="00E916CB" w:rsidRPr="00616EDF" w:rsidRDefault="00E916CB" w:rsidP="00E845A1">
      <w:pPr>
        <w:numPr>
          <w:ilvl w:val="0"/>
          <w:numId w:val="22"/>
        </w:numPr>
        <w:spacing w:after="0" w:line="312" w:lineRule="auto"/>
        <w:rPr>
          <w:rFonts w:asciiTheme="majorHAnsi" w:hAnsiTheme="majorHAnsi" w:cstheme="majorHAnsi"/>
          <w:sz w:val="24"/>
          <w:szCs w:val="24"/>
        </w:rPr>
      </w:pPr>
      <w:r w:rsidRPr="00616EDF">
        <w:rPr>
          <w:rFonts w:asciiTheme="majorHAnsi" w:hAnsiTheme="majorHAnsi" w:cstheme="majorHAnsi"/>
          <w:sz w:val="24"/>
          <w:szCs w:val="24"/>
        </w:rPr>
        <w:t>Ata de Reunião Ordinária</w:t>
      </w:r>
    </w:p>
    <w:p w14:paraId="52712B5C" w14:textId="13E51701" w:rsidR="00E916CB" w:rsidRPr="00616EDF" w:rsidRDefault="00E916CB" w:rsidP="00E845A1">
      <w:pPr>
        <w:numPr>
          <w:ilvl w:val="0"/>
          <w:numId w:val="22"/>
        </w:numPr>
        <w:spacing w:after="0" w:line="312" w:lineRule="auto"/>
        <w:rPr>
          <w:rFonts w:asciiTheme="majorHAnsi" w:hAnsiTheme="majorHAnsi" w:cstheme="majorHAnsi"/>
          <w:sz w:val="24"/>
          <w:szCs w:val="24"/>
        </w:rPr>
      </w:pPr>
      <w:r w:rsidRPr="00616EDF">
        <w:rPr>
          <w:rFonts w:asciiTheme="majorHAnsi" w:hAnsiTheme="majorHAnsi" w:cstheme="majorHAnsi"/>
          <w:sz w:val="24"/>
          <w:szCs w:val="24"/>
        </w:rPr>
        <w:t>Ata de Reunião Extraordinária</w:t>
      </w:r>
    </w:p>
    <w:p w14:paraId="45E306C0" w14:textId="05AB3CF2" w:rsidR="00E916CB" w:rsidRPr="00616EDF" w:rsidRDefault="00E916CB" w:rsidP="00E845A1">
      <w:pPr>
        <w:numPr>
          <w:ilvl w:val="0"/>
          <w:numId w:val="22"/>
        </w:numPr>
        <w:spacing w:after="0" w:line="312" w:lineRule="auto"/>
        <w:rPr>
          <w:rFonts w:asciiTheme="majorHAnsi" w:hAnsiTheme="majorHAnsi" w:cstheme="majorHAnsi"/>
          <w:sz w:val="24"/>
          <w:szCs w:val="24"/>
        </w:rPr>
      </w:pPr>
      <w:r w:rsidRPr="00616EDF">
        <w:rPr>
          <w:rFonts w:asciiTheme="majorHAnsi" w:hAnsiTheme="majorHAnsi" w:cstheme="majorHAnsi"/>
          <w:sz w:val="24"/>
          <w:szCs w:val="24"/>
        </w:rPr>
        <w:t xml:space="preserve">Ofício Interno (para Presidência, Diretorias ou </w:t>
      </w:r>
      <w:r>
        <w:rPr>
          <w:rFonts w:asciiTheme="majorHAnsi" w:hAnsiTheme="majorHAnsi" w:cstheme="majorHAnsi"/>
          <w:sz w:val="24"/>
          <w:szCs w:val="24"/>
        </w:rPr>
        <w:t xml:space="preserve">outros </w:t>
      </w:r>
      <w:r w:rsidRPr="00616EDF">
        <w:rPr>
          <w:rFonts w:asciiTheme="majorHAnsi" w:hAnsiTheme="majorHAnsi" w:cstheme="majorHAnsi"/>
          <w:sz w:val="24"/>
          <w:szCs w:val="24"/>
        </w:rPr>
        <w:t>setores d</w:t>
      </w:r>
      <w:r>
        <w:rPr>
          <w:rFonts w:asciiTheme="majorHAnsi" w:hAnsiTheme="majorHAnsi" w:cstheme="majorHAnsi"/>
          <w:sz w:val="24"/>
          <w:szCs w:val="24"/>
        </w:rPr>
        <w:t>a Unidade</w:t>
      </w:r>
      <w:r w:rsidRPr="00616EDF">
        <w:rPr>
          <w:rFonts w:asciiTheme="majorHAnsi" w:hAnsiTheme="majorHAnsi" w:cstheme="majorHAnsi"/>
          <w:sz w:val="24"/>
          <w:szCs w:val="24"/>
        </w:rPr>
        <w:t>)</w:t>
      </w:r>
    </w:p>
    <w:p w14:paraId="700B0C39" w14:textId="67E5CD3C" w:rsidR="0068704D" w:rsidRDefault="00E916CB" w:rsidP="00E845A1">
      <w:pPr>
        <w:numPr>
          <w:ilvl w:val="0"/>
          <w:numId w:val="22"/>
        </w:numPr>
        <w:spacing w:after="0" w:line="312" w:lineRule="auto"/>
        <w:rPr>
          <w:rFonts w:asciiTheme="majorHAnsi" w:hAnsiTheme="majorHAnsi" w:cstheme="majorHAnsi"/>
          <w:sz w:val="24"/>
          <w:szCs w:val="24"/>
        </w:rPr>
      </w:pPr>
      <w:r w:rsidRPr="00616EDF">
        <w:rPr>
          <w:rFonts w:asciiTheme="majorHAnsi" w:hAnsiTheme="majorHAnsi" w:cstheme="majorHAnsi"/>
          <w:sz w:val="24"/>
          <w:szCs w:val="24"/>
        </w:rPr>
        <w:t>Ofício Externo (</w:t>
      </w:r>
      <w:r>
        <w:rPr>
          <w:rFonts w:asciiTheme="majorHAnsi" w:hAnsiTheme="majorHAnsi" w:cstheme="majorHAnsi"/>
          <w:sz w:val="24"/>
          <w:szCs w:val="24"/>
        </w:rPr>
        <w:t xml:space="preserve">ao </w:t>
      </w:r>
      <w:r w:rsidRPr="00616EDF">
        <w:rPr>
          <w:rFonts w:asciiTheme="majorHAnsi" w:hAnsiTheme="majorHAnsi" w:cstheme="majorHAnsi"/>
          <w:sz w:val="24"/>
          <w:szCs w:val="24"/>
        </w:rPr>
        <w:t>CREMEB)</w:t>
      </w:r>
    </w:p>
    <w:p w14:paraId="1D55D6D6" w14:textId="457336D3" w:rsidR="00E916CB" w:rsidRPr="00E845A1" w:rsidRDefault="00E916CB" w:rsidP="00E845A1">
      <w:pPr>
        <w:pStyle w:val="PargrafodaLista"/>
        <w:numPr>
          <w:ilvl w:val="1"/>
          <w:numId w:val="22"/>
        </w:numPr>
        <w:spacing w:after="0" w:line="312" w:lineRule="auto"/>
        <w:rPr>
          <w:rFonts w:asciiTheme="majorHAnsi" w:hAnsiTheme="majorHAnsi" w:cstheme="majorHAnsi"/>
          <w:sz w:val="24"/>
          <w:szCs w:val="24"/>
        </w:rPr>
      </w:pPr>
      <w:r w:rsidRPr="00E845A1">
        <w:rPr>
          <w:rFonts w:asciiTheme="majorHAnsi" w:hAnsiTheme="majorHAnsi" w:cstheme="majorHAnsi"/>
          <w:sz w:val="24"/>
          <w:szCs w:val="24"/>
        </w:rPr>
        <w:t>Ao GACEM</w:t>
      </w:r>
    </w:p>
    <w:p w14:paraId="011FA1F1" w14:textId="1EB8888C" w:rsidR="00E916CB" w:rsidRPr="00E845A1" w:rsidRDefault="00E916CB" w:rsidP="00E845A1">
      <w:pPr>
        <w:pStyle w:val="PargrafodaLista"/>
        <w:numPr>
          <w:ilvl w:val="1"/>
          <w:numId w:val="22"/>
        </w:numPr>
        <w:spacing w:after="0" w:line="312" w:lineRule="auto"/>
        <w:rPr>
          <w:rFonts w:asciiTheme="majorHAnsi" w:hAnsiTheme="majorHAnsi" w:cstheme="majorHAnsi"/>
          <w:sz w:val="24"/>
          <w:szCs w:val="24"/>
        </w:rPr>
      </w:pPr>
      <w:r w:rsidRPr="00E845A1">
        <w:rPr>
          <w:rFonts w:asciiTheme="majorHAnsi" w:hAnsiTheme="majorHAnsi" w:cstheme="majorHAnsi"/>
          <w:sz w:val="24"/>
          <w:szCs w:val="24"/>
        </w:rPr>
        <w:t>À Corregedoria</w:t>
      </w:r>
    </w:p>
    <w:p w14:paraId="359457FE" w14:textId="2C9EC710" w:rsidR="00E916CB" w:rsidRPr="00E845A1" w:rsidRDefault="00E916CB" w:rsidP="00E845A1">
      <w:pPr>
        <w:pStyle w:val="PargrafodaLista"/>
        <w:numPr>
          <w:ilvl w:val="1"/>
          <w:numId w:val="22"/>
        </w:numPr>
        <w:spacing w:after="0" w:line="312" w:lineRule="auto"/>
        <w:rPr>
          <w:rFonts w:asciiTheme="majorHAnsi" w:hAnsiTheme="majorHAnsi" w:cstheme="majorHAnsi"/>
          <w:sz w:val="24"/>
          <w:szCs w:val="24"/>
        </w:rPr>
      </w:pPr>
      <w:r w:rsidRPr="00E845A1">
        <w:rPr>
          <w:rFonts w:asciiTheme="majorHAnsi" w:hAnsiTheme="majorHAnsi" w:cstheme="majorHAnsi"/>
          <w:sz w:val="24"/>
          <w:szCs w:val="24"/>
        </w:rPr>
        <w:t xml:space="preserve">Ao DEPMED </w:t>
      </w:r>
    </w:p>
    <w:p w14:paraId="17008305" w14:textId="0747ABC8" w:rsidR="00E916CB" w:rsidRPr="00616EDF" w:rsidRDefault="00E916CB" w:rsidP="00E845A1">
      <w:pPr>
        <w:numPr>
          <w:ilvl w:val="0"/>
          <w:numId w:val="22"/>
        </w:numPr>
        <w:spacing w:after="0" w:line="312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Ofício </w:t>
      </w:r>
      <w:r w:rsidRPr="00616EDF">
        <w:rPr>
          <w:rFonts w:asciiTheme="majorHAnsi" w:hAnsiTheme="majorHAnsi" w:cstheme="majorHAnsi"/>
          <w:sz w:val="24"/>
          <w:szCs w:val="24"/>
        </w:rPr>
        <w:t>Circular para médicos do corpo clínico</w:t>
      </w:r>
    </w:p>
    <w:p w14:paraId="1B2AB0EC" w14:textId="319F9FD1" w:rsidR="00E916CB" w:rsidRPr="00616EDF" w:rsidRDefault="00E916CB" w:rsidP="00E845A1">
      <w:pPr>
        <w:numPr>
          <w:ilvl w:val="0"/>
          <w:numId w:val="22"/>
        </w:numPr>
        <w:spacing w:after="0" w:line="312" w:lineRule="auto"/>
        <w:rPr>
          <w:rFonts w:asciiTheme="majorHAnsi" w:hAnsiTheme="majorHAnsi" w:cstheme="majorHAnsi"/>
          <w:sz w:val="24"/>
          <w:szCs w:val="24"/>
        </w:rPr>
      </w:pPr>
      <w:r w:rsidRPr="00616EDF">
        <w:rPr>
          <w:rFonts w:asciiTheme="majorHAnsi" w:hAnsiTheme="majorHAnsi" w:cstheme="majorHAnsi"/>
          <w:sz w:val="24"/>
          <w:szCs w:val="24"/>
        </w:rPr>
        <w:t xml:space="preserve">Relatório Semestral da </w:t>
      </w:r>
      <w:r w:rsidR="00394E67" w:rsidRPr="00616EDF">
        <w:rPr>
          <w:rFonts w:asciiTheme="majorHAnsi" w:hAnsiTheme="majorHAnsi" w:cstheme="majorHAnsi"/>
          <w:sz w:val="24"/>
          <w:szCs w:val="24"/>
        </w:rPr>
        <w:t>CEM</w:t>
      </w:r>
    </w:p>
    <w:p w14:paraId="1C9A358D" w14:textId="77777777" w:rsidR="00FA27C0" w:rsidRPr="005D4ED8" w:rsidRDefault="00FA27C0" w:rsidP="00FB6F2E">
      <w:pPr>
        <w:spacing w:after="0" w:line="312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14:paraId="759BA581" w14:textId="0FB49966" w:rsidR="00FA27C0" w:rsidRPr="005D4ED8" w:rsidRDefault="00111E84" w:rsidP="00FB6F2E">
      <w:pPr>
        <w:pBdr>
          <w:bottom w:val="single" w:sz="12" w:space="1" w:color="auto"/>
        </w:pBdr>
        <w:spacing w:after="0" w:line="312" w:lineRule="auto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Para o </w:t>
      </w:r>
      <w:r w:rsidR="00FA27C0" w:rsidRPr="00616EDF">
        <w:rPr>
          <w:rFonts w:asciiTheme="majorHAnsi" w:hAnsiTheme="majorHAnsi" w:cstheme="majorHAnsi"/>
          <w:b/>
          <w:bCs/>
          <w:sz w:val="24"/>
          <w:szCs w:val="24"/>
        </w:rPr>
        <w:t>Relatório Semestral da Comissão de Ética</w:t>
      </w:r>
    </w:p>
    <w:p w14:paraId="03D1E9FC" w14:textId="58C8265B" w:rsidR="00E22CFC" w:rsidRPr="00616EDF" w:rsidRDefault="006A1BF8" w:rsidP="00FB6F2E">
      <w:pPr>
        <w:spacing w:after="0" w:line="312" w:lineRule="auto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Sugerimos </w:t>
      </w:r>
      <w:r w:rsidR="00E22CFC" w:rsidRPr="00616EDF">
        <w:rPr>
          <w:rFonts w:asciiTheme="majorHAnsi" w:hAnsiTheme="majorHAnsi" w:cstheme="majorHAnsi"/>
          <w:b/>
          <w:bCs/>
          <w:sz w:val="24"/>
          <w:szCs w:val="24"/>
        </w:rPr>
        <w:t>seções fixas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como</w:t>
      </w:r>
      <w:r w:rsidR="00E22CFC" w:rsidRPr="00616EDF">
        <w:rPr>
          <w:rFonts w:asciiTheme="majorHAnsi" w:hAnsiTheme="majorHAnsi" w:cstheme="majorHAnsi"/>
          <w:b/>
          <w:bCs/>
          <w:sz w:val="24"/>
          <w:szCs w:val="24"/>
        </w:rPr>
        <w:t>:</w:t>
      </w:r>
    </w:p>
    <w:p w14:paraId="270A0E50" w14:textId="0F520076" w:rsidR="00E22CFC" w:rsidRPr="00616EDF" w:rsidRDefault="00E22CFC" w:rsidP="00FB6F2E">
      <w:pPr>
        <w:numPr>
          <w:ilvl w:val="0"/>
          <w:numId w:val="11"/>
        </w:numPr>
        <w:spacing w:after="0" w:line="312" w:lineRule="auto"/>
        <w:rPr>
          <w:rFonts w:asciiTheme="majorHAnsi" w:hAnsiTheme="majorHAnsi" w:cstheme="majorHAnsi"/>
          <w:sz w:val="24"/>
          <w:szCs w:val="24"/>
        </w:rPr>
      </w:pPr>
      <w:r w:rsidRPr="00616EDF">
        <w:rPr>
          <w:rFonts w:asciiTheme="majorHAnsi" w:hAnsiTheme="majorHAnsi" w:cstheme="majorHAnsi"/>
          <w:sz w:val="24"/>
          <w:szCs w:val="24"/>
        </w:rPr>
        <w:t>Identificação da Instituição e da CEM</w:t>
      </w:r>
    </w:p>
    <w:p w14:paraId="47D3DB85" w14:textId="77777777" w:rsidR="00E22CFC" w:rsidRPr="00616EDF" w:rsidRDefault="00E22CFC" w:rsidP="00FB6F2E">
      <w:pPr>
        <w:numPr>
          <w:ilvl w:val="0"/>
          <w:numId w:val="11"/>
        </w:numPr>
        <w:spacing w:after="0" w:line="312" w:lineRule="auto"/>
        <w:rPr>
          <w:rFonts w:asciiTheme="majorHAnsi" w:hAnsiTheme="majorHAnsi" w:cstheme="majorHAnsi"/>
          <w:sz w:val="24"/>
          <w:szCs w:val="24"/>
        </w:rPr>
      </w:pPr>
      <w:r w:rsidRPr="00616EDF">
        <w:rPr>
          <w:rFonts w:asciiTheme="majorHAnsi" w:hAnsiTheme="majorHAnsi" w:cstheme="majorHAnsi"/>
          <w:sz w:val="24"/>
          <w:szCs w:val="24"/>
        </w:rPr>
        <w:t>Composição da Comissão (titulares e suplentes)</w:t>
      </w:r>
    </w:p>
    <w:p w14:paraId="25994998" w14:textId="710DC20D" w:rsidR="00E22CFC" w:rsidRPr="00616EDF" w:rsidRDefault="00E22CFC" w:rsidP="00FB6F2E">
      <w:pPr>
        <w:numPr>
          <w:ilvl w:val="0"/>
          <w:numId w:val="11"/>
        </w:numPr>
        <w:spacing w:after="0" w:line="312" w:lineRule="auto"/>
        <w:rPr>
          <w:rFonts w:asciiTheme="majorHAnsi" w:hAnsiTheme="majorHAnsi" w:cstheme="majorHAnsi"/>
          <w:sz w:val="24"/>
          <w:szCs w:val="24"/>
        </w:rPr>
      </w:pPr>
      <w:r w:rsidRPr="00616EDF">
        <w:rPr>
          <w:rFonts w:asciiTheme="majorHAnsi" w:hAnsiTheme="majorHAnsi" w:cstheme="majorHAnsi"/>
          <w:sz w:val="24"/>
          <w:szCs w:val="24"/>
        </w:rPr>
        <w:t>Resumo das atividades realizadas</w:t>
      </w:r>
    </w:p>
    <w:p w14:paraId="7D35B6F7" w14:textId="3E1B3731" w:rsidR="00E22CFC" w:rsidRPr="00616EDF" w:rsidRDefault="00E22CFC" w:rsidP="00FB6F2E">
      <w:pPr>
        <w:numPr>
          <w:ilvl w:val="0"/>
          <w:numId w:val="11"/>
        </w:numPr>
        <w:spacing w:after="0" w:line="312" w:lineRule="auto"/>
        <w:rPr>
          <w:rFonts w:asciiTheme="majorHAnsi" w:hAnsiTheme="majorHAnsi" w:cstheme="majorHAnsi"/>
          <w:sz w:val="24"/>
          <w:szCs w:val="24"/>
        </w:rPr>
      </w:pPr>
      <w:r w:rsidRPr="00616EDF">
        <w:rPr>
          <w:rFonts w:asciiTheme="majorHAnsi" w:hAnsiTheme="majorHAnsi" w:cstheme="majorHAnsi"/>
          <w:sz w:val="24"/>
          <w:szCs w:val="24"/>
        </w:rPr>
        <w:t>Situações analisadas</w:t>
      </w:r>
    </w:p>
    <w:p w14:paraId="10B92F33" w14:textId="77777777" w:rsidR="00E22CFC" w:rsidRPr="00616EDF" w:rsidRDefault="00E22CFC" w:rsidP="00FB6F2E">
      <w:pPr>
        <w:numPr>
          <w:ilvl w:val="0"/>
          <w:numId w:val="11"/>
        </w:numPr>
        <w:spacing w:after="0" w:line="312" w:lineRule="auto"/>
        <w:rPr>
          <w:rFonts w:asciiTheme="majorHAnsi" w:hAnsiTheme="majorHAnsi" w:cstheme="majorHAnsi"/>
          <w:sz w:val="24"/>
          <w:szCs w:val="24"/>
        </w:rPr>
      </w:pPr>
      <w:r w:rsidRPr="00616EDF">
        <w:rPr>
          <w:rFonts w:asciiTheme="majorHAnsi" w:hAnsiTheme="majorHAnsi" w:cstheme="majorHAnsi"/>
          <w:sz w:val="24"/>
          <w:szCs w:val="24"/>
        </w:rPr>
        <w:t>Demandas encaminhadas ao Cremeb</w:t>
      </w:r>
    </w:p>
    <w:p w14:paraId="2B54689B" w14:textId="77777777" w:rsidR="00E22CFC" w:rsidRPr="00616EDF" w:rsidRDefault="00E22CFC" w:rsidP="00FB6F2E">
      <w:pPr>
        <w:numPr>
          <w:ilvl w:val="0"/>
          <w:numId w:val="11"/>
        </w:numPr>
        <w:spacing w:after="0" w:line="312" w:lineRule="auto"/>
        <w:rPr>
          <w:rFonts w:asciiTheme="majorHAnsi" w:hAnsiTheme="majorHAnsi" w:cstheme="majorHAnsi"/>
          <w:sz w:val="24"/>
          <w:szCs w:val="24"/>
        </w:rPr>
      </w:pPr>
      <w:r w:rsidRPr="00616EDF">
        <w:rPr>
          <w:rFonts w:asciiTheme="majorHAnsi" w:hAnsiTheme="majorHAnsi" w:cstheme="majorHAnsi"/>
          <w:sz w:val="24"/>
          <w:szCs w:val="24"/>
        </w:rPr>
        <w:t>Ações educativas promovidas ou planejadas</w:t>
      </w:r>
    </w:p>
    <w:p w14:paraId="603DDB2C" w14:textId="77777777" w:rsidR="00E22CFC" w:rsidRPr="00616EDF" w:rsidRDefault="00E22CFC" w:rsidP="00FB6F2E">
      <w:pPr>
        <w:numPr>
          <w:ilvl w:val="0"/>
          <w:numId w:val="11"/>
        </w:numPr>
        <w:spacing w:after="0" w:line="312" w:lineRule="auto"/>
        <w:rPr>
          <w:rFonts w:asciiTheme="majorHAnsi" w:hAnsiTheme="majorHAnsi" w:cstheme="majorHAnsi"/>
          <w:sz w:val="24"/>
          <w:szCs w:val="24"/>
        </w:rPr>
      </w:pPr>
      <w:r w:rsidRPr="00616EDF">
        <w:rPr>
          <w:rFonts w:asciiTheme="majorHAnsi" w:hAnsiTheme="majorHAnsi" w:cstheme="majorHAnsi"/>
          <w:sz w:val="24"/>
          <w:szCs w:val="24"/>
        </w:rPr>
        <w:t>Principais dificuldades identificadas</w:t>
      </w:r>
    </w:p>
    <w:p w14:paraId="400E1128" w14:textId="77777777" w:rsidR="00E22CFC" w:rsidRPr="00616EDF" w:rsidRDefault="00E22CFC" w:rsidP="00FB6F2E">
      <w:pPr>
        <w:numPr>
          <w:ilvl w:val="0"/>
          <w:numId w:val="11"/>
        </w:numPr>
        <w:spacing w:after="0" w:line="312" w:lineRule="auto"/>
        <w:rPr>
          <w:rFonts w:asciiTheme="majorHAnsi" w:hAnsiTheme="majorHAnsi" w:cstheme="majorHAnsi"/>
          <w:sz w:val="24"/>
          <w:szCs w:val="24"/>
        </w:rPr>
      </w:pPr>
      <w:r w:rsidRPr="00616EDF">
        <w:rPr>
          <w:rFonts w:asciiTheme="majorHAnsi" w:hAnsiTheme="majorHAnsi" w:cstheme="majorHAnsi"/>
          <w:sz w:val="24"/>
          <w:szCs w:val="24"/>
        </w:rPr>
        <w:t>Sugestões e necessidades de apoio</w:t>
      </w:r>
    </w:p>
    <w:p w14:paraId="76B51421" w14:textId="0B2F97EF" w:rsidR="00E22CFC" w:rsidRPr="00616EDF" w:rsidRDefault="00E22CFC" w:rsidP="00FB6F2E">
      <w:pPr>
        <w:numPr>
          <w:ilvl w:val="0"/>
          <w:numId w:val="11"/>
        </w:numPr>
        <w:spacing w:after="0" w:line="312" w:lineRule="auto"/>
        <w:rPr>
          <w:rFonts w:asciiTheme="majorHAnsi" w:hAnsiTheme="majorHAnsi" w:cstheme="majorHAnsi"/>
          <w:sz w:val="24"/>
          <w:szCs w:val="24"/>
        </w:rPr>
      </w:pPr>
      <w:r w:rsidRPr="00616EDF">
        <w:rPr>
          <w:rFonts w:asciiTheme="majorHAnsi" w:hAnsiTheme="majorHAnsi" w:cstheme="majorHAnsi"/>
          <w:sz w:val="24"/>
          <w:szCs w:val="24"/>
        </w:rPr>
        <w:t>Assinaturas</w:t>
      </w:r>
      <w:r w:rsidR="00394E67">
        <w:rPr>
          <w:rFonts w:asciiTheme="majorHAnsi" w:hAnsiTheme="majorHAnsi" w:cstheme="majorHAnsi"/>
          <w:sz w:val="24"/>
          <w:szCs w:val="24"/>
        </w:rPr>
        <w:t xml:space="preserve"> do(a) presidente e secretário(a) da CEM</w:t>
      </w:r>
    </w:p>
    <w:p w14:paraId="1BD225B5" w14:textId="77777777" w:rsidR="00E22CFC" w:rsidRPr="005D4ED8" w:rsidRDefault="00E22CFC" w:rsidP="00FB6F2E">
      <w:pPr>
        <w:spacing w:after="0" w:line="312" w:lineRule="auto"/>
        <w:rPr>
          <w:rFonts w:asciiTheme="majorHAnsi" w:hAnsiTheme="majorHAnsi" w:cstheme="majorHAnsi"/>
          <w:sz w:val="24"/>
          <w:szCs w:val="24"/>
        </w:rPr>
      </w:pPr>
    </w:p>
    <w:p w14:paraId="7236F728" w14:textId="05704509" w:rsidR="00E22CFC" w:rsidRDefault="00A4491A" w:rsidP="00FB6F2E">
      <w:pPr>
        <w:pBdr>
          <w:bottom w:val="single" w:sz="12" w:space="1" w:color="auto"/>
        </w:pBdr>
        <w:spacing w:after="0" w:line="312" w:lineRule="auto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Sugestão de </w:t>
      </w:r>
      <w:r w:rsidR="00E22CFC" w:rsidRPr="00616EDF">
        <w:rPr>
          <w:rFonts w:asciiTheme="majorHAnsi" w:hAnsiTheme="majorHAnsi" w:cstheme="majorHAnsi"/>
          <w:b/>
          <w:bCs/>
          <w:sz w:val="24"/>
          <w:szCs w:val="24"/>
        </w:rPr>
        <w:t>Organização Interna para Arquivo</w:t>
      </w:r>
    </w:p>
    <w:p w14:paraId="4AD0AF4A" w14:textId="55F5C949" w:rsidR="00E22CFC" w:rsidRPr="00616EDF" w:rsidRDefault="00A37D1F" w:rsidP="00FB6F2E">
      <w:pPr>
        <w:numPr>
          <w:ilvl w:val="0"/>
          <w:numId w:val="13"/>
        </w:numPr>
        <w:spacing w:after="0" w:line="312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Pasta/</w:t>
      </w:r>
      <w:r w:rsidR="00C85FDB" w:rsidRPr="00616EDF">
        <w:rPr>
          <w:rFonts w:asciiTheme="majorHAnsi" w:hAnsiTheme="majorHAnsi" w:cstheme="majorHAnsi"/>
          <w:sz w:val="24"/>
          <w:szCs w:val="24"/>
        </w:rPr>
        <w:t xml:space="preserve">Arquivo digital </w:t>
      </w:r>
      <w:r w:rsidR="00E22CFC" w:rsidRPr="00616EDF">
        <w:rPr>
          <w:rFonts w:asciiTheme="majorHAnsi" w:hAnsiTheme="majorHAnsi" w:cstheme="majorHAnsi"/>
          <w:sz w:val="24"/>
          <w:szCs w:val="24"/>
        </w:rPr>
        <w:t xml:space="preserve">de </w:t>
      </w:r>
      <w:r w:rsidRPr="00C85FDB">
        <w:rPr>
          <w:rFonts w:asciiTheme="majorHAnsi" w:hAnsiTheme="majorHAnsi" w:cstheme="majorHAnsi"/>
          <w:b/>
          <w:bCs/>
          <w:sz w:val="24"/>
          <w:szCs w:val="24"/>
        </w:rPr>
        <w:t>A</w:t>
      </w:r>
      <w:r w:rsidR="00E22CFC" w:rsidRPr="00C85FDB">
        <w:rPr>
          <w:rFonts w:asciiTheme="majorHAnsi" w:hAnsiTheme="majorHAnsi" w:cstheme="majorHAnsi"/>
          <w:b/>
          <w:bCs/>
          <w:sz w:val="24"/>
          <w:szCs w:val="24"/>
        </w:rPr>
        <w:t>tas</w:t>
      </w:r>
    </w:p>
    <w:p w14:paraId="42E1976E" w14:textId="62323D35" w:rsidR="00E22CFC" w:rsidRPr="00616EDF" w:rsidRDefault="00C85FDB" w:rsidP="00FB6F2E">
      <w:pPr>
        <w:numPr>
          <w:ilvl w:val="0"/>
          <w:numId w:val="13"/>
        </w:numPr>
        <w:spacing w:after="0" w:line="312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Pasta/</w:t>
      </w:r>
      <w:r w:rsidRPr="00616EDF">
        <w:rPr>
          <w:rFonts w:asciiTheme="majorHAnsi" w:hAnsiTheme="majorHAnsi" w:cstheme="majorHAnsi"/>
          <w:sz w:val="24"/>
          <w:szCs w:val="24"/>
        </w:rPr>
        <w:t xml:space="preserve">Arquivo digital </w:t>
      </w:r>
      <w:r w:rsidR="00E22CFC" w:rsidRPr="00616EDF">
        <w:rPr>
          <w:rFonts w:asciiTheme="majorHAnsi" w:hAnsiTheme="majorHAnsi" w:cstheme="majorHAnsi"/>
          <w:sz w:val="24"/>
          <w:szCs w:val="24"/>
        </w:rPr>
        <w:t xml:space="preserve">de </w:t>
      </w:r>
      <w:r w:rsidRPr="00C85FDB">
        <w:rPr>
          <w:rFonts w:asciiTheme="majorHAnsi" w:hAnsiTheme="majorHAnsi" w:cstheme="majorHAnsi"/>
          <w:b/>
          <w:bCs/>
          <w:sz w:val="24"/>
          <w:szCs w:val="24"/>
        </w:rPr>
        <w:t>O</w:t>
      </w:r>
      <w:r w:rsidR="00E22CFC" w:rsidRPr="00C85FDB">
        <w:rPr>
          <w:rFonts w:asciiTheme="majorHAnsi" w:hAnsiTheme="majorHAnsi" w:cstheme="majorHAnsi"/>
          <w:b/>
          <w:bCs/>
          <w:sz w:val="24"/>
          <w:szCs w:val="24"/>
        </w:rPr>
        <w:t>fícios enviados</w:t>
      </w:r>
      <w:r w:rsidRPr="00C85FDB">
        <w:rPr>
          <w:rFonts w:asciiTheme="majorHAnsi" w:hAnsiTheme="majorHAnsi" w:cstheme="majorHAnsi"/>
          <w:b/>
          <w:bCs/>
          <w:sz w:val="24"/>
          <w:szCs w:val="24"/>
        </w:rPr>
        <w:t xml:space="preserve"> e recebidos</w:t>
      </w:r>
    </w:p>
    <w:p w14:paraId="2A559FF0" w14:textId="77777777" w:rsidR="005A0447" w:rsidRDefault="00C85FDB" w:rsidP="00C97D2A">
      <w:pPr>
        <w:numPr>
          <w:ilvl w:val="0"/>
          <w:numId w:val="13"/>
        </w:numPr>
        <w:spacing w:after="0" w:line="312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5A0447">
        <w:rPr>
          <w:rFonts w:asciiTheme="majorHAnsi" w:hAnsiTheme="majorHAnsi" w:cstheme="majorHAnsi"/>
          <w:sz w:val="24"/>
          <w:szCs w:val="24"/>
        </w:rPr>
        <w:t xml:space="preserve">Pasta/Arquivo digital </w:t>
      </w:r>
      <w:r w:rsidR="00E22CFC" w:rsidRPr="005A0447">
        <w:rPr>
          <w:rFonts w:asciiTheme="majorHAnsi" w:hAnsiTheme="majorHAnsi" w:cstheme="majorHAnsi"/>
          <w:sz w:val="24"/>
          <w:szCs w:val="24"/>
        </w:rPr>
        <w:t xml:space="preserve">de </w:t>
      </w:r>
      <w:r w:rsidRPr="005A0447">
        <w:rPr>
          <w:rFonts w:asciiTheme="majorHAnsi" w:hAnsiTheme="majorHAnsi" w:cstheme="majorHAnsi"/>
          <w:b/>
          <w:bCs/>
          <w:sz w:val="24"/>
          <w:szCs w:val="24"/>
        </w:rPr>
        <w:t>R</w:t>
      </w:r>
      <w:r w:rsidR="00E22CFC" w:rsidRPr="005A0447">
        <w:rPr>
          <w:rFonts w:asciiTheme="majorHAnsi" w:hAnsiTheme="majorHAnsi" w:cstheme="majorHAnsi"/>
          <w:b/>
          <w:bCs/>
          <w:sz w:val="24"/>
          <w:szCs w:val="24"/>
        </w:rPr>
        <w:t xml:space="preserve">elatórios </w:t>
      </w:r>
      <w:r w:rsidRPr="005A0447">
        <w:rPr>
          <w:rFonts w:asciiTheme="majorHAnsi" w:hAnsiTheme="majorHAnsi" w:cstheme="majorHAnsi"/>
          <w:b/>
          <w:bCs/>
          <w:sz w:val="24"/>
          <w:szCs w:val="24"/>
        </w:rPr>
        <w:t>S</w:t>
      </w:r>
      <w:r w:rsidR="00E22CFC" w:rsidRPr="005A0447">
        <w:rPr>
          <w:rFonts w:asciiTheme="majorHAnsi" w:hAnsiTheme="majorHAnsi" w:cstheme="majorHAnsi"/>
          <w:b/>
          <w:bCs/>
          <w:sz w:val="24"/>
          <w:szCs w:val="24"/>
        </w:rPr>
        <w:t>emestrais</w:t>
      </w:r>
    </w:p>
    <w:p w14:paraId="01FCE09C" w14:textId="77777777" w:rsidR="00BE4BA0" w:rsidRDefault="00BE4BA0" w:rsidP="005A0447">
      <w:pPr>
        <w:spacing w:after="0" w:line="312" w:lineRule="auto"/>
        <w:rPr>
          <w:rFonts w:asciiTheme="majorHAnsi" w:hAnsiTheme="majorHAnsi" w:cstheme="majorHAnsi"/>
          <w:sz w:val="20"/>
          <w:szCs w:val="20"/>
        </w:rPr>
      </w:pPr>
    </w:p>
    <w:p w14:paraId="37FE4CA8" w14:textId="107F62C5" w:rsidR="00C97D2A" w:rsidRPr="005A0447" w:rsidRDefault="006F0AB2" w:rsidP="005A0447">
      <w:pPr>
        <w:spacing w:after="0" w:line="312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5A0447">
        <w:rPr>
          <w:rFonts w:asciiTheme="majorHAnsi" w:hAnsiTheme="majorHAnsi" w:cstheme="majorHAnsi"/>
          <w:sz w:val="20"/>
          <w:szCs w:val="20"/>
        </w:rPr>
        <w:t>*Sugerimos manter os a</w:t>
      </w:r>
      <w:r w:rsidR="00E22CFC" w:rsidRPr="005A0447">
        <w:rPr>
          <w:rFonts w:asciiTheme="majorHAnsi" w:hAnsiTheme="majorHAnsi" w:cstheme="majorHAnsi"/>
          <w:sz w:val="20"/>
          <w:szCs w:val="20"/>
        </w:rPr>
        <w:t>rquivo</w:t>
      </w:r>
      <w:r w:rsidRPr="005A0447">
        <w:rPr>
          <w:rFonts w:asciiTheme="majorHAnsi" w:hAnsiTheme="majorHAnsi" w:cstheme="majorHAnsi"/>
          <w:sz w:val="20"/>
          <w:szCs w:val="20"/>
        </w:rPr>
        <w:t>s</w:t>
      </w:r>
      <w:r w:rsidR="00E22CFC" w:rsidRPr="005A0447">
        <w:rPr>
          <w:rFonts w:asciiTheme="majorHAnsi" w:hAnsiTheme="majorHAnsi" w:cstheme="majorHAnsi"/>
          <w:sz w:val="20"/>
          <w:szCs w:val="20"/>
        </w:rPr>
        <w:t xml:space="preserve"> digita</w:t>
      </w:r>
      <w:r w:rsidRPr="005A0447">
        <w:rPr>
          <w:rFonts w:asciiTheme="majorHAnsi" w:hAnsiTheme="majorHAnsi" w:cstheme="majorHAnsi"/>
          <w:sz w:val="20"/>
          <w:szCs w:val="20"/>
        </w:rPr>
        <w:t>is</w:t>
      </w:r>
      <w:r w:rsidR="00E22CFC" w:rsidRPr="005A0447">
        <w:rPr>
          <w:rFonts w:asciiTheme="majorHAnsi" w:hAnsiTheme="majorHAnsi" w:cstheme="majorHAnsi"/>
          <w:sz w:val="20"/>
          <w:szCs w:val="20"/>
        </w:rPr>
        <w:t xml:space="preserve"> com backup em nuvem da instituição (quando permitido)</w:t>
      </w:r>
      <w:r w:rsidR="005442AA" w:rsidRPr="005A0447">
        <w:rPr>
          <w:rFonts w:asciiTheme="majorHAnsi" w:hAnsiTheme="majorHAnsi" w:cstheme="majorHAnsi"/>
          <w:b/>
          <w:bCs/>
          <w:sz w:val="24"/>
          <w:szCs w:val="24"/>
        </w:rPr>
        <w:br w:type="page"/>
      </w:r>
    </w:p>
    <w:p w14:paraId="55714BA1" w14:textId="68B869F8" w:rsidR="00772752" w:rsidRPr="005D4ED8" w:rsidRDefault="00772752" w:rsidP="00C97D2A">
      <w:pPr>
        <w:spacing w:after="0" w:line="312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5D4ED8">
        <w:rPr>
          <w:rFonts w:asciiTheme="majorHAnsi" w:hAnsiTheme="majorHAnsi" w:cstheme="majorHAnsi"/>
          <w:b/>
          <w:bCs/>
          <w:sz w:val="24"/>
          <w:szCs w:val="24"/>
        </w:rPr>
        <w:lastRenderedPageBreak/>
        <w:t>ATA DE INSTALAÇÃO DA COMISSÃO DE ÉTICA MÉDICA</w:t>
      </w:r>
    </w:p>
    <w:p w14:paraId="766F4790" w14:textId="77777777" w:rsidR="00772752" w:rsidRPr="005D4ED8" w:rsidRDefault="00772752" w:rsidP="00772752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0E2BE932" w14:textId="065AE33C" w:rsidR="00294F5B" w:rsidRPr="00294F5B" w:rsidRDefault="006210C5" w:rsidP="00294F5B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 xml:space="preserve">Aos ___ dias do mês de ___________ </w:t>
      </w:r>
      <w:proofErr w:type="spellStart"/>
      <w:r w:rsidRPr="005D4ED8">
        <w:rPr>
          <w:rFonts w:asciiTheme="majorHAnsi" w:hAnsiTheme="majorHAnsi" w:cstheme="majorHAnsi"/>
          <w:sz w:val="24"/>
          <w:szCs w:val="24"/>
        </w:rPr>
        <w:t>de</w:t>
      </w:r>
      <w:proofErr w:type="spellEnd"/>
      <w:r w:rsidRPr="005D4ED8">
        <w:rPr>
          <w:rFonts w:asciiTheme="majorHAnsi" w:hAnsiTheme="majorHAnsi" w:cstheme="majorHAnsi"/>
          <w:sz w:val="24"/>
          <w:szCs w:val="24"/>
        </w:rPr>
        <w:t xml:space="preserve"> _______, às ____ horas, </w:t>
      </w:r>
      <w:r w:rsidR="00294F5B" w:rsidRPr="00294F5B">
        <w:rPr>
          <w:rFonts w:asciiTheme="majorHAnsi" w:hAnsiTheme="majorHAnsi" w:cstheme="majorHAnsi"/>
          <w:sz w:val="24"/>
          <w:szCs w:val="24"/>
        </w:rPr>
        <w:t>realizou-se a reunião de instalação da Comissão de Ética Médica do(a) ______________________ (unidade de saúde).</w:t>
      </w:r>
    </w:p>
    <w:p w14:paraId="459DCE79" w14:textId="77777777" w:rsidR="00294F5B" w:rsidRPr="00294F5B" w:rsidRDefault="00294F5B" w:rsidP="00294F5B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294F5B">
        <w:rPr>
          <w:rFonts w:asciiTheme="majorHAnsi" w:hAnsiTheme="majorHAnsi" w:cstheme="majorHAnsi"/>
          <w:sz w:val="24"/>
          <w:szCs w:val="24"/>
        </w:rPr>
        <w:t>Após discussão e votação entre os membros presentes, foram definidos para o exercício dos cargos:</w:t>
      </w:r>
    </w:p>
    <w:p w14:paraId="5206D159" w14:textId="77777777" w:rsidR="00294F5B" w:rsidRPr="00294F5B" w:rsidRDefault="00294F5B" w:rsidP="00294F5B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294F5B">
        <w:rPr>
          <w:rFonts w:asciiTheme="majorHAnsi" w:hAnsiTheme="majorHAnsi" w:cstheme="majorHAnsi"/>
          <w:sz w:val="24"/>
          <w:szCs w:val="24"/>
        </w:rPr>
        <w:t>Presidente: ___________________, CREMEB ______;</w:t>
      </w:r>
    </w:p>
    <w:p w14:paraId="6A9A118E" w14:textId="77777777" w:rsidR="00294F5B" w:rsidRPr="00294F5B" w:rsidRDefault="00294F5B" w:rsidP="00294F5B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294F5B">
        <w:rPr>
          <w:rFonts w:asciiTheme="majorHAnsi" w:hAnsiTheme="majorHAnsi" w:cstheme="majorHAnsi"/>
          <w:sz w:val="24"/>
          <w:szCs w:val="24"/>
        </w:rPr>
        <w:t>Secretário(a): ___________________, CREMEB ______;</w:t>
      </w:r>
    </w:p>
    <w:p w14:paraId="33A066B4" w14:textId="77777777" w:rsidR="00294F5B" w:rsidRPr="00294F5B" w:rsidRDefault="00294F5B" w:rsidP="00294F5B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294F5B">
        <w:rPr>
          <w:rFonts w:asciiTheme="majorHAnsi" w:hAnsiTheme="majorHAnsi" w:cstheme="majorHAnsi"/>
          <w:sz w:val="24"/>
          <w:szCs w:val="24"/>
        </w:rPr>
        <w:t>Membro(s) Efetivo(s): ___________________, CREMEB ______;</w:t>
      </w:r>
    </w:p>
    <w:p w14:paraId="2B90D35F" w14:textId="77777777" w:rsidR="00294F5B" w:rsidRPr="00294F5B" w:rsidRDefault="00294F5B" w:rsidP="00294F5B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294F5B">
        <w:rPr>
          <w:rFonts w:asciiTheme="majorHAnsi" w:hAnsiTheme="majorHAnsi" w:cstheme="majorHAnsi"/>
          <w:sz w:val="24"/>
          <w:szCs w:val="24"/>
        </w:rPr>
        <w:t>Membro(s) Suplente(s): ___________________, CREMEB ______; ___________________, CREMEB ______; ___________________, CREMEB ______.</w:t>
      </w:r>
    </w:p>
    <w:p w14:paraId="7AA8FC03" w14:textId="77777777" w:rsidR="00771630" w:rsidRDefault="00771630" w:rsidP="00294F5B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0D73DA0" w14:textId="77777777" w:rsidR="009F2E69" w:rsidRDefault="00294F5B" w:rsidP="00294F5B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294F5B">
        <w:rPr>
          <w:rFonts w:asciiTheme="majorHAnsi" w:hAnsiTheme="majorHAnsi" w:cstheme="majorHAnsi"/>
          <w:sz w:val="24"/>
          <w:szCs w:val="24"/>
        </w:rPr>
        <w:t>Na ocasião, os membros receberam orientações iniciais e definiram o calendário anual de reuniões.</w:t>
      </w:r>
      <w:r w:rsidR="00D043C9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6E099E07" w14:textId="5748A7A4" w:rsidR="00294F5B" w:rsidRPr="00294F5B" w:rsidRDefault="009F2E69" w:rsidP="009F2E69">
      <w:pPr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(demais assuntos, se </w:t>
      </w:r>
      <w:r w:rsidR="00A9769E">
        <w:rPr>
          <w:rFonts w:asciiTheme="majorHAnsi" w:hAnsiTheme="majorHAnsi" w:cstheme="majorHAnsi"/>
          <w:sz w:val="24"/>
          <w:szCs w:val="24"/>
        </w:rPr>
        <w:t>houver) _</w:t>
      </w:r>
      <w:r w:rsidR="00D043C9">
        <w:rPr>
          <w:rFonts w:asciiTheme="majorHAnsi" w:hAnsiTheme="majorHAnsi" w:cstheme="majorHAnsi"/>
          <w:sz w:val="24"/>
          <w:szCs w:val="24"/>
        </w:rPr>
        <w:t>____________________________________________________________</w:t>
      </w:r>
    </w:p>
    <w:p w14:paraId="0028F034" w14:textId="77777777" w:rsidR="00771630" w:rsidRDefault="00771630" w:rsidP="00294F5B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14556488" w14:textId="244891BF" w:rsidR="00772752" w:rsidRPr="005D4ED8" w:rsidRDefault="00294F5B" w:rsidP="00772752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294F5B">
        <w:rPr>
          <w:rFonts w:asciiTheme="majorHAnsi" w:hAnsiTheme="majorHAnsi" w:cstheme="majorHAnsi"/>
          <w:sz w:val="24"/>
          <w:szCs w:val="24"/>
        </w:rPr>
        <w:t>Nada mais havendo a tratar, foi encerrada a reunião e lavrada a presente ata, que segue assinada por todos os presentes.</w:t>
      </w:r>
    </w:p>
    <w:p w14:paraId="2AFE7DA4" w14:textId="77777777" w:rsidR="00772752" w:rsidRPr="005D4ED8" w:rsidRDefault="00772752" w:rsidP="00772752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7E015F0" w14:textId="77777777" w:rsidR="00BF12DE" w:rsidRDefault="00BF12DE" w:rsidP="00BF12DE">
      <w:pPr>
        <w:spacing w:after="0" w:line="360" w:lineRule="auto"/>
        <w:jc w:val="both"/>
        <w:rPr>
          <w:rFonts w:asciiTheme="majorHAnsi" w:hAnsiTheme="majorHAnsi" w:cstheme="majorHAnsi"/>
          <w:sz w:val="20"/>
          <w:szCs w:val="20"/>
          <w:highlight w:val="yellow"/>
        </w:rPr>
      </w:pPr>
    </w:p>
    <w:p w14:paraId="4491C498" w14:textId="77777777" w:rsidR="00BF12DE" w:rsidRDefault="00BF12DE" w:rsidP="00BF12DE">
      <w:pPr>
        <w:spacing w:after="0" w:line="360" w:lineRule="auto"/>
        <w:jc w:val="both"/>
        <w:rPr>
          <w:rFonts w:asciiTheme="majorHAnsi" w:hAnsiTheme="majorHAnsi" w:cstheme="majorHAnsi"/>
          <w:sz w:val="20"/>
          <w:szCs w:val="20"/>
          <w:highlight w:val="yellow"/>
        </w:rPr>
      </w:pPr>
    </w:p>
    <w:p w14:paraId="2D8A9B59" w14:textId="77777777" w:rsidR="00BF12DE" w:rsidRDefault="00BF12DE" w:rsidP="00BF12DE">
      <w:pPr>
        <w:spacing w:after="0" w:line="360" w:lineRule="auto"/>
        <w:jc w:val="both"/>
        <w:rPr>
          <w:rFonts w:asciiTheme="majorHAnsi" w:hAnsiTheme="majorHAnsi" w:cstheme="majorHAnsi"/>
          <w:sz w:val="20"/>
          <w:szCs w:val="20"/>
          <w:highlight w:val="yellow"/>
        </w:rPr>
      </w:pPr>
    </w:p>
    <w:p w14:paraId="67D25408" w14:textId="3D602D1E" w:rsidR="00772752" w:rsidRDefault="00BF12DE" w:rsidP="002D71A7">
      <w:pPr>
        <w:spacing w:after="0"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63323">
        <w:rPr>
          <w:rFonts w:asciiTheme="majorHAnsi" w:hAnsiTheme="majorHAnsi" w:cstheme="majorHAnsi"/>
          <w:sz w:val="20"/>
          <w:szCs w:val="20"/>
          <w:highlight w:val="yellow"/>
        </w:rPr>
        <w:t>(assinaturas manuais, acompanhadas de carimbo)</w:t>
      </w:r>
    </w:p>
    <w:p w14:paraId="4859704C" w14:textId="77777777" w:rsidR="002D71A7" w:rsidRDefault="002D71A7" w:rsidP="002D71A7">
      <w:pPr>
        <w:spacing w:after="0" w:line="36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</w:p>
    <w:p w14:paraId="637A2416" w14:textId="77777777" w:rsidR="005A40DB" w:rsidRDefault="005A40DB" w:rsidP="002D71A7">
      <w:pPr>
        <w:pStyle w:val="Rodap"/>
        <w:jc w:val="both"/>
        <w:rPr>
          <w:rFonts w:asciiTheme="majorHAnsi" w:hAnsiTheme="majorHAnsi" w:cstheme="majorHAnsi"/>
          <w:color w:val="EE0000"/>
        </w:rPr>
      </w:pPr>
    </w:p>
    <w:p w14:paraId="7C526BE5" w14:textId="77777777" w:rsidR="005A40DB" w:rsidRDefault="005A40DB" w:rsidP="002D71A7">
      <w:pPr>
        <w:pStyle w:val="Rodap"/>
        <w:jc w:val="both"/>
        <w:rPr>
          <w:rFonts w:asciiTheme="majorHAnsi" w:hAnsiTheme="majorHAnsi" w:cstheme="majorHAnsi"/>
          <w:color w:val="EE0000"/>
        </w:rPr>
      </w:pPr>
    </w:p>
    <w:p w14:paraId="4DBF3093" w14:textId="77777777" w:rsidR="005A40DB" w:rsidRDefault="005A40DB" w:rsidP="002D71A7">
      <w:pPr>
        <w:pStyle w:val="Rodap"/>
        <w:jc w:val="both"/>
        <w:rPr>
          <w:rFonts w:asciiTheme="majorHAnsi" w:hAnsiTheme="majorHAnsi" w:cstheme="majorHAnsi"/>
          <w:color w:val="EE0000"/>
        </w:rPr>
      </w:pPr>
    </w:p>
    <w:p w14:paraId="28E21010" w14:textId="77777777" w:rsidR="005A40DB" w:rsidRDefault="005A40DB" w:rsidP="002D71A7">
      <w:pPr>
        <w:pStyle w:val="Rodap"/>
        <w:jc w:val="both"/>
        <w:rPr>
          <w:rFonts w:asciiTheme="majorHAnsi" w:hAnsiTheme="majorHAnsi" w:cstheme="majorHAnsi"/>
          <w:color w:val="EE0000"/>
        </w:rPr>
      </w:pPr>
    </w:p>
    <w:p w14:paraId="1EC63478" w14:textId="77777777" w:rsidR="005A40DB" w:rsidRDefault="005A40DB" w:rsidP="002D71A7">
      <w:pPr>
        <w:pStyle w:val="Rodap"/>
        <w:jc w:val="both"/>
        <w:rPr>
          <w:rFonts w:asciiTheme="majorHAnsi" w:hAnsiTheme="majorHAnsi" w:cstheme="majorHAnsi"/>
          <w:color w:val="EE0000"/>
        </w:rPr>
      </w:pPr>
    </w:p>
    <w:p w14:paraId="4E0C6162" w14:textId="77777777" w:rsidR="005A40DB" w:rsidRDefault="005A40DB" w:rsidP="002D71A7">
      <w:pPr>
        <w:pStyle w:val="Rodap"/>
        <w:jc w:val="both"/>
        <w:rPr>
          <w:rFonts w:asciiTheme="majorHAnsi" w:hAnsiTheme="majorHAnsi" w:cstheme="majorHAnsi"/>
          <w:color w:val="EE0000"/>
        </w:rPr>
      </w:pPr>
    </w:p>
    <w:p w14:paraId="53C6FA5C" w14:textId="77777777" w:rsidR="005A40DB" w:rsidRDefault="005A40DB" w:rsidP="002D71A7">
      <w:pPr>
        <w:pStyle w:val="Rodap"/>
        <w:jc w:val="both"/>
        <w:rPr>
          <w:rFonts w:asciiTheme="majorHAnsi" w:hAnsiTheme="majorHAnsi" w:cstheme="majorHAnsi"/>
          <w:color w:val="EE0000"/>
        </w:rPr>
      </w:pPr>
    </w:p>
    <w:p w14:paraId="1F88318F" w14:textId="77777777" w:rsidR="005A40DB" w:rsidRDefault="005A40DB" w:rsidP="002D71A7">
      <w:pPr>
        <w:pStyle w:val="Rodap"/>
        <w:jc w:val="both"/>
        <w:rPr>
          <w:rFonts w:asciiTheme="majorHAnsi" w:hAnsiTheme="majorHAnsi" w:cstheme="majorHAnsi"/>
          <w:color w:val="EE0000"/>
        </w:rPr>
      </w:pPr>
    </w:p>
    <w:p w14:paraId="69A92209" w14:textId="77777777" w:rsidR="005A40DB" w:rsidRDefault="005A40DB" w:rsidP="002D71A7">
      <w:pPr>
        <w:pStyle w:val="Rodap"/>
        <w:jc w:val="both"/>
        <w:rPr>
          <w:rFonts w:asciiTheme="majorHAnsi" w:hAnsiTheme="majorHAnsi" w:cstheme="majorHAnsi"/>
          <w:color w:val="EE0000"/>
        </w:rPr>
      </w:pPr>
    </w:p>
    <w:p w14:paraId="6CD97930" w14:textId="46E210BE" w:rsidR="002D71A7" w:rsidRPr="002D71A7" w:rsidRDefault="002D71A7" w:rsidP="002D71A7">
      <w:pPr>
        <w:pStyle w:val="Rodap"/>
        <w:jc w:val="both"/>
        <w:rPr>
          <w:rFonts w:asciiTheme="majorHAnsi" w:hAnsiTheme="majorHAnsi" w:cstheme="majorHAnsi"/>
          <w:color w:val="EE0000"/>
        </w:rPr>
      </w:pPr>
      <w:r w:rsidRPr="002D71A7">
        <w:rPr>
          <w:rFonts w:asciiTheme="majorHAnsi" w:hAnsiTheme="majorHAnsi" w:cstheme="majorHAnsi"/>
          <w:color w:val="EE0000"/>
        </w:rPr>
        <w:t>*Os documentos devem ser elaborados, preferencialmente, em papel timbrado ou no padrão institucional da unidade de saúde.</w:t>
      </w:r>
    </w:p>
    <w:p w14:paraId="5F70E5CB" w14:textId="77777777" w:rsidR="00DB7078" w:rsidRDefault="00DB7078" w:rsidP="00116FD8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0AD0DE87" w14:textId="77777777" w:rsidR="00DB7078" w:rsidRDefault="00DB7078" w:rsidP="00116FD8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72A0DDE9" w14:textId="77777777" w:rsidR="002D71A7" w:rsidRDefault="002D71A7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br w:type="page"/>
      </w:r>
    </w:p>
    <w:p w14:paraId="0774184D" w14:textId="2A35F265" w:rsidR="00116FD8" w:rsidRPr="005D4ED8" w:rsidRDefault="00116FD8" w:rsidP="00116FD8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5D4ED8">
        <w:rPr>
          <w:rFonts w:asciiTheme="majorHAnsi" w:hAnsiTheme="majorHAnsi" w:cstheme="majorHAnsi"/>
          <w:b/>
          <w:bCs/>
          <w:sz w:val="24"/>
          <w:szCs w:val="24"/>
        </w:rPr>
        <w:lastRenderedPageBreak/>
        <w:t>EDITAL DE CONVOCAÇÃO</w:t>
      </w:r>
    </w:p>
    <w:p w14:paraId="0BD4FBBF" w14:textId="77777777" w:rsidR="00116FD8" w:rsidRPr="005D4ED8" w:rsidRDefault="00116FD8" w:rsidP="00116FD8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2BDEB291" w14:textId="59E66BF4" w:rsidR="00DB7078" w:rsidRDefault="001B4B64" w:rsidP="00116FD8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B4B64">
        <w:rPr>
          <w:rFonts w:asciiTheme="majorHAnsi" w:hAnsiTheme="majorHAnsi" w:cstheme="majorHAnsi"/>
          <w:sz w:val="24"/>
          <w:szCs w:val="24"/>
        </w:rPr>
        <w:t xml:space="preserve">A Comissão de Ética Médica do(a) ______________________ (unidade de saúde) convoca seus membros para reunião ordinária/extraordinária a ser realizada no dia </w:t>
      </w:r>
      <w:r>
        <w:rPr>
          <w:rFonts w:asciiTheme="majorHAnsi" w:hAnsiTheme="majorHAnsi" w:cstheme="majorHAnsi"/>
          <w:sz w:val="24"/>
          <w:szCs w:val="24"/>
        </w:rPr>
        <w:t>____</w:t>
      </w:r>
      <w:r w:rsidRPr="001B4B64">
        <w:rPr>
          <w:rFonts w:asciiTheme="majorHAnsi" w:hAnsiTheme="majorHAnsi" w:cstheme="majorHAnsi"/>
          <w:sz w:val="24"/>
          <w:szCs w:val="24"/>
        </w:rPr>
        <w:t>/___</w:t>
      </w:r>
      <w:r>
        <w:rPr>
          <w:rFonts w:asciiTheme="majorHAnsi" w:hAnsiTheme="majorHAnsi" w:cstheme="majorHAnsi"/>
          <w:sz w:val="24"/>
          <w:szCs w:val="24"/>
        </w:rPr>
        <w:t>_/____</w:t>
      </w:r>
      <w:r w:rsidRPr="001B4B64">
        <w:rPr>
          <w:rFonts w:asciiTheme="majorHAnsi" w:hAnsiTheme="majorHAnsi" w:cstheme="majorHAnsi"/>
          <w:sz w:val="24"/>
          <w:szCs w:val="24"/>
        </w:rPr>
        <w:t>, às ____ horas, no(a) _____________________________ (local ou plataforma virtual).</w:t>
      </w:r>
    </w:p>
    <w:p w14:paraId="37EB2FE1" w14:textId="07B0FCCB" w:rsidR="00116FD8" w:rsidRPr="005D4ED8" w:rsidRDefault="00116FD8" w:rsidP="00116FD8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Pauta:</w:t>
      </w:r>
    </w:p>
    <w:p w14:paraId="5498A194" w14:textId="77777777" w:rsidR="00116FD8" w:rsidRPr="005D4ED8" w:rsidRDefault="00116FD8" w:rsidP="00116FD8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1.</w:t>
      </w:r>
    </w:p>
    <w:p w14:paraId="7E7B989B" w14:textId="77777777" w:rsidR="00116FD8" w:rsidRPr="005D4ED8" w:rsidRDefault="00116FD8" w:rsidP="00116FD8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2.</w:t>
      </w:r>
    </w:p>
    <w:p w14:paraId="669A7D73" w14:textId="77777777" w:rsidR="00116FD8" w:rsidRPr="005D4ED8" w:rsidRDefault="00116FD8" w:rsidP="00116FD8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3.</w:t>
      </w:r>
    </w:p>
    <w:p w14:paraId="5DE44B29" w14:textId="1A245C28" w:rsidR="0057576E" w:rsidRPr="005D4ED8" w:rsidRDefault="0057576E" w:rsidP="0057576E">
      <w:pPr>
        <w:spacing w:after="0" w:line="360" w:lineRule="auto"/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Salvador, _____ de _______ </w:t>
      </w:r>
      <w:proofErr w:type="spellStart"/>
      <w:r>
        <w:rPr>
          <w:rFonts w:asciiTheme="majorHAnsi" w:hAnsiTheme="majorHAnsi" w:cstheme="majorHAnsi"/>
          <w:sz w:val="24"/>
          <w:szCs w:val="24"/>
        </w:rPr>
        <w:t>de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20____</w:t>
      </w:r>
    </w:p>
    <w:p w14:paraId="4FCB8A74" w14:textId="77777777" w:rsidR="00116FD8" w:rsidRDefault="00116FD8" w:rsidP="00116FD8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161882AC" w14:textId="77777777" w:rsidR="0057576E" w:rsidRPr="005D4ED8" w:rsidRDefault="0057576E" w:rsidP="00116FD8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E8B70A3" w14:textId="77777777" w:rsidR="00116FD8" w:rsidRPr="005D4ED8" w:rsidRDefault="00116FD8" w:rsidP="00341626">
      <w:pPr>
        <w:spacing w:after="0" w:line="36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_________________________________</w:t>
      </w:r>
    </w:p>
    <w:p w14:paraId="1DDEF462" w14:textId="77777777" w:rsidR="004200E4" w:rsidRDefault="00116FD8" w:rsidP="004200E4">
      <w:pPr>
        <w:spacing w:after="0" w:line="36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Presidente da CEM</w:t>
      </w:r>
    </w:p>
    <w:p w14:paraId="014BADCD" w14:textId="1DFD67E1" w:rsidR="00863323" w:rsidRDefault="00863323" w:rsidP="009B137A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863323">
        <w:rPr>
          <w:rFonts w:asciiTheme="majorHAnsi" w:hAnsiTheme="majorHAnsi" w:cstheme="majorHAnsi"/>
          <w:sz w:val="20"/>
          <w:szCs w:val="20"/>
          <w:highlight w:val="yellow"/>
        </w:rPr>
        <w:t>(assinatura manua</w:t>
      </w:r>
      <w:r w:rsidR="009B137A">
        <w:rPr>
          <w:rFonts w:asciiTheme="majorHAnsi" w:hAnsiTheme="majorHAnsi" w:cstheme="majorHAnsi"/>
          <w:sz w:val="20"/>
          <w:szCs w:val="20"/>
          <w:highlight w:val="yellow"/>
        </w:rPr>
        <w:t>l</w:t>
      </w:r>
      <w:r w:rsidRPr="00863323">
        <w:rPr>
          <w:rFonts w:asciiTheme="majorHAnsi" w:hAnsiTheme="majorHAnsi" w:cstheme="majorHAnsi"/>
          <w:sz w:val="20"/>
          <w:szCs w:val="20"/>
          <w:highlight w:val="yellow"/>
        </w:rPr>
        <w:t>, acompanhada de carimbo, ou assinatura eletrônica)</w:t>
      </w:r>
    </w:p>
    <w:p w14:paraId="2E3ED4CF" w14:textId="77777777" w:rsidR="002D71A7" w:rsidRDefault="002D71A7" w:rsidP="009B137A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5B6982DF" w14:textId="77777777" w:rsidR="002D71A7" w:rsidRDefault="002D71A7" w:rsidP="009B137A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04A2A351" w14:textId="77777777" w:rsidR="002D71A7" w:rsidRDefault="002D71A7" w:rsidP="009B137A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74C03712" w14:textId="77777777" w:rsidR="002D71A7" w:rsidRDefault="002D71A7" w:rsidP="009B137A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60F1A237" w14:textId="77777777" w:rsidR="002D71A7" w:rsidRDefault="002D71A7" w:rsidP="009B137A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78A23CA2" w14:textId="77777777" w:rsidR="002D71A7" w:rsidRDefault="002D71A7" w:rsidP="009B137A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3F2D5026" w14:textId="77777777" w:rsidR="002D71A7" w:rsidRDefault="002D71A7" w:rsidP="009B137A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717E0239" w14:textId="77777777" w:rsidR="002D71A7" w:rsidRDefault="002D71A7" w:rsidP="009B137A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45BA7276" w14:textId="77777777" w:rsidR="002D71A7" w:rsidRDefault="002D71A7" w:rsidP="009B137A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705902CB" w14:textId="77777777" w:rsidR="002D71A7" w:rsidRDefault="002D71A7" w:rsidP="009B137A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56D98594" w14:textId="77777777" w:rsidR="002D71A7" w:rsidRDefault="002D71A7" w:rsidP="009B137A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2C1BACE8" w14:textId="77777777" w:rsidR="002D71A7" w:rsidRDefault="002D71A7" w:rsidP="009B137A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6D185081" w14:textId="77777777" w:rsidR="002D71A7" w:rsidRDefault="002D71A7" w:rsidP="009B137A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59E28BF7" w14:textId="77777777" w:rsidR="002D71A7" w:rsidRPr="002D71A7" w:rsidRDefault="002D71A7" w:rsidP="002D71A7">
      <w:pPr>
        <w:pStyle w:val="Rodap"/>
        <w:jc w:val="both"/>
        <w:rPr>
          <w:rFonts w:asciiTheme="majorHAnsi" w:hAnsiTheme="majorHAnsi" w:cstheme="majorHAnsi"/>
          <w:color w:val="EE0000"/>
        </w:rPr>
      </w:pPr>
      <w:r w:rsidRPr="002D71A7">
        <w:rPr>
          <w:rFonts w:asciiTheme="majorHAnsi" w:hAnsiTheme="majorHAnsi" w:cstheme="majorHAnsi"/>
          <w:color w:val="EE0000"/>
        </w:rPr>
        <w:t>*Os documentos devem ser elaborados, preferencialmente, em papel timbrado ou no padrão institucional da unidade de saúde.</w:t>
      </w:r>
    </w:p>
    <w:p w14:paraId="0CC4183D" w14:textId="77777777" w:rsidR="002D71A7" w:rsidRPr="005D4ED8" w:rsidRDefault="002D71A7" w:rsidP="009B137A">
      <w:pPr>
        <w:spacing w:after="0" w:line="360" w:lineRule="auto"/>
        <w:jc w:val="center"/>
        <w:rPr>
          <w:rFonts w:asciiTheme="majorHAnsi" w:hAnsiTheme="majorHAnsi" w:cstheme="majorHAnsi"/>
          <w:sz w:val="24"/>
          <w:szCs w:val="24"/>
        </w:rPr>
      </w:pPr>
    </w:p>
    <w:p w14:paraId="50A04A1F" w14:textId="01668BB3" w:rsidR="00116FD8" w:rsidRDefault="00116FD8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21E8B948" w14:textId="77777777" w:rsidR="004200E4" w:rsidRDefault="004200E4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br w:type="page"/>
      </w:r>
    </w:p>
    <w:p w14:paraId="25E5EB4B" w14:textId="620E7D49" w:rsidR="00AB3CCF" w:rsidRPr="005D4ED8" w:rsidRDefault="0071440B" w:rsidP="00A65B0C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5D4ED8">
        <w:rPr>
          <w:rFonts w:asciiTheme="majorHAnsi" w:hAnsiTheme="majorHAnsi" w:cstheme="majorHAnsi"/>
          <w:b/>
          <w:bCs/>
          <w:sz w:val="24"/>
          <w:szCs w:val="24"/>
        </w:rPr>
        <w:lastRenderedPageBreak/>
        <w:t>ATA DE REUNIÃO ORDINÁRIA DA COMISSÃO DE ÉTICA MÉDICA</w:t>
      </w:r>
    </w:p>
    <w:p w14:paraId="008066BB" w14:textId="77777777" w:rsidR="00AB3CCF" w:rsidRPr="005D4ED8" w:rsidRDefault="00AB3CCF" w:rsidP="00A65B0C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962E63A" w14:textId="764A1D9C" w:rsidR="00AB3CCF" w:rsidRPr="005D4ED8" w:rsidRDefault="0071440B" w:rsidP="00A65B0C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 xml:space="preserve">Aos ___ dias do mês de ___________ </w:t>
      </w:r>
      <w:proofErr w:type="spellStart"/>
      <w:r w:rsidRPr="005D4ED8">
        <w:rPr>
          <w:rFonts w:asciiTheme="majorHAnsi" w:hAnsiTheme="majorHAnsi" w:cstheme="majorHAnsi"/>
          <w:sz w:val="24"/>
          <w:szCs w:val="24"/>
        </w:rPr>
        <w:t>de</w:t>
      </w:r>
      <w:proofErr w:type="spellEnd"/>
      <w:r w:rsidRPr="005D4ED8">
        <w:rPr>
          <w:rFonts w:asciiTheme="majorHAnsi" w:hAnsiTheme="majorHAnsi" w:cstheme="majorHAnsi"/>
          <w:sz w:val="24"/>
          <w:szCs w:val="24"/>
        </w:rPr>
        <w:t xml:space="preserve"> _______, às ____ horas, reuniu-se </w:t>
      </w:r>
      <w:r w:rsidR="005B5139">
        <w:rPr>
          <w:rFonts w:asciiTheme="majorHAnsi" w:hAnsiTheme="majorHAnsi" w:cstheme="majorHAnsi"/>
          <w:sz w:val="24"/>
          <w:szCs w:val="24"/>
        </w:rPr>
        <w:t xml:space="preserve">(presencial ou virtualmente) </w:t>
      </w:r>
      <w:r w:rsidRPr="005D4ED8">
        <w:rPr>
          <w:rFonts w:asciiTheme="majorHAnsi" w:hAnsiTheme="majorHAnsi" w:cstheme="majorHAnsi"/>
          <w:sz w:val="24"/>
          <w:szCs w:val="24"/>
        </w:rPr>
        <w:t xml:space="preserve">a Comissão de Ética Médica do(a) </w:t>
      </w:r>
      <w:r w:rsidR="00CA54AD" w:rsidRPr="005D4ED8">
        <w:rPr>
          <w:rFonts w:asciiTheme="majorHAnsi" w:hAnsiTheme="majorHAnsi" w:cstheme="majorHAnsi"/>
          <w:sz w:val="24"/>
          <w:szCs w:val="24"/>
        </w:rPr>
        <w:t>______________________</w:t>
      </w:r>
      <w:r w:rsidR="00CA54AD">
        <w:rPr>
          <w:rFonts w:asciiTheme="majorHAnsi" w:hAnsiTheme="majorHAnsi" w:cstheme="majorHAnsi"/>
          <w:sz w:val="24"/>
          <w:szCs w:val="24"/>
        </w:rPr>
        <w:t xml:space="preserve"> (unidade de saúde)</w:t>
      </w:r>
      <w:r w:rsidR="001711D8">
        <w:rPr>
          <w:rFonts w:asciiTheme="majorHAnsi" w:hAnsiTheme="majorHAnsi" w:cstheme="majorHAnsi"/>
          <w:sz w:val="24"/>
          <w:szCs w:val="24"/>
        </w:rPr>
        <w:t xml:space="preserve">, </w:t>
      </w:r>
      <w:r w:rsidRPr="005D4ED8">
        <w:rPr>
          <w:rFonts w:asciiTheme="majorHAnsi" w:hAnsiTheme="majorHAnsi" w:cstheme="majorHAnsi"/>
          <w:sz w:val="24"/>
          <w:szCs w:val="24"/>
        </w:rPr>
        <w:t>para tratar dos assuntos da pauta previamente encaminhada.</w:t>
      </w:r>
      <w:r w:rsidR="00576073">
        <w:rPr>
          <w:rFonts w:asciiTheme="majorHAnsi" w:hAnsiTheme="majorHAnsi" w:cstheme="majorHAnsi"/>
          <w:sz w:val="24"/>
          <w:szCs w:val="24"/>
        </w:rPr>
        <w:t xml:space="preserve"> </w:t>
      </w:r>
      <w:r w:rsidRPr="005D4ED8">
        <w:rPr>
          <w:rFonts w:asciiTheme="majorHAnsi" w:hAnsiTheme="majorHAnsi" w:cstheme="majorHAnsi"/>
          <w:sz w:val="24"/>
          <w:szCs w:val="24"/>
        </w:rPr>
        <w:t>Membros presentes: ______________________________</w:t>
      </w:r>
      <w:r w:rsidR="00576073">
        <w:rPr>
          <w:rFonts w:asciiTheme="majorHAnsi" w:hAnsiTheme="majorHAnsi" w:cstheme="majorHAnsi"/>
          <w:sz w:val="24"/>
          <w:szCs w:val="24"/>
        </w:rPr>
        <w:t>.</w:t>
      </w:r>
      <w:r w:rsidR="002A0A3D">
        <w:rPr>
          <w:rFonts w:asciiTheme="majorHAnsi" w:hAnsiTheme="majorHAnsi" w:cstheme="majorHAnsi"/>
          <w:sz w:val="24"/>
          <w:szCs w:val="24"/>
        </w:rPr>
        <w:t xml:space="preserve"> </w:t>
      </w:r>
      <w:r w:rsidRPr="005D4ED8">
        <w:rPr>
          <w:rFonts w:asciiTheme="majorHAnsi" w:hAnsiTheme="majorHAnsi" w:cstheme="majorHAnsi"/>
          <w:sz w:val="24"/>
          <w:szCs w:val="24"/>
        </w:rPr>
        <w:t xml:space="preserve">Membros ausentes: </w:t>
      </w:r>
      <w:r w:rsidR="002A0A3D" w:rsidRPr="005D4ED8">
        <w:rPr>
          <w:rFonts w:asciiTheme="majorHAnsi" w:hAnsiTheme="majorHAnsi" w:cstheme="majorHAnsi"/>
          <w:sz w:val="24"/>
          <w:szCs w:val="24"/>
        </w:rPr>
        <w:t>_____________________________</w:t>
      </w:r>
      <w:r w:rsidR="002A0A3D">
        <w:rPr>
          <w:rFonts w:asciiTheme="majorHAnsi" w:hAnsiTheme="majorHAnsi" w:cstheme="majorHAnsi"/>
          <w:sz w:val="24"/>
          <w:szCs w:val="24"/>
        </w:rPr>
        <w:t xml:space="preserve">. Justificaram ausência: </w:t>
      </w:r>
      <w:r w:rsidR="002A0A3D" w:rsidRPr="005D4ED8">
        <w:rPr>
          <w:rFonts w:asciiTheme="majorHAnsi" w:hAnsiTheme="majorHAnsi" w:cstheme="majorHAnsi"/>
          <w:sz w:val="24"/>
          <w:szCs w:val="24"/>
        </w:rPr>
        <w:t>_____________________________</w:t>
      </w:r>
      <w:r w:rsidR="002A0A3D">
        <w:rPr>
          <w:rFonts w:asciiTheme="majorHAnsi" w:hAnsiTheme="majorHAnsi" w:cstheme="majorHAnsi"/>
          <w:sz w:val="24"/>
          <w:szCs w:val="24"/>
        </w:rPr>
        <w:t xml:space="preserve">.  </w:t>
      </w:r>
    </w:p>
    <w:p w14:paraId="722724E5" w14:textId="77777777" w:rsidR="00AB3CCF" w:rsidRPr="005D4ED8" w:rsidRDefault="00AB3CCF" w:rsidP="00A65B0C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62BF5F9F" w14:textId="77777777" w:rsidR="00AB3CCF" w:rsidRPr="005D4ED8" w:rsidRDefault="0071440B" w:rsidP="00A65B0C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Ordem do Dia:</w:t>
      </w:r>
    </w:p>
    <w:p w14:paraId="62C44F78" w14:textId="77777777" w:rsidR="00AB3CCF" w:rsidRPr="005D4ED8" w:rsidRDefault="0071440B" w:rsidP="00A65B0C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1.</w:t>
      </w:r>
    </w:p>
    <w:p w14:paraId="2029A056" w14:textId="77777777" w:rsidR="00AB3CCF" w:rsidRPr="005D4ED8" w:rsidRDefault="0071440B" w:rsidP="00A65B0C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2.</w:t>
      </w:r>
    </w:p>
    <w:p w14:paraId="77F8D2BD" w14:textId="77777777" w:rsidR="00AB3CCF" w:rsidRPr="005D4ED8" w:rsidRDefault="0071440B" w:rsidP="00A65B0C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3.</w:t>
      </w:r>
    </w:p>
    <w:p w14:paraId="1FB99226" w14:textId="77777777" w:rsidR="00AB3CCF" w:rsidRPr="005D4ED8" w:rsidRDefault="00AB3CCF" w:rsidP="00A65B0C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2D288E74" w14:textId="77777777" w:rsidR="00AB3CCF" w:rsidRPr="005D4ED8" w:rsidRDefault="0071440B" w:rsidP="00A65B0C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Deliberações:</w:t>
      </w:r>
    </w:p>
    <w:p w14:paraId="45E026EC" w14:textId="37E94026" w:rsidR="00AB3CCF" w:rsidRPr="005D4ED8" w:rsidRDefault="0071440B" w:rsidP="00A65B0C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-</w:t>
      </w:r>
    </w:p>
    <w:p w14:paraId="1D159377" w14:textId="77777777" w:rsidR="00EF0C3B" w:rsidRPr="005D4ED8" w:rsidRDefault="00EF0C3B" w:rsidP="00A65B0C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29CEF7FE" w14:textId="77777777" w:rsidR="00A409ED" w:rsidRDefault="0071440B" w:rsidP="00A409ED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Nada mais havendo, foi encerrada a reunião e lavrada a presente ata, que vai assinada por todos os presentes.</w:t>
      </w:r>
    </w:p>
    <w:p w14:paraId="7169BAC3" w14:textId="77777777" w:rsidR="00A409ED" w:rsidRDefault="00A409ED" w:rsidP="00A409ED">
      <w:pPr>
        <w:spacing w:after="0" w:line="360" w:lineRule="auto"/>
        <w:jc w:val="center"/>
        <w:rPr>
          <w:rFonts w:asciiTheme="majorHAnsi" w:hAnsiTheme="majorHAnsi" w:cstheme="majorHAnsi"/>
          <w:sz w:val="24"/>
          <w:szCs w:val="24"/>
        </w:rPr>
      </w:pPr>
    </w:p>
    <w:p w14:paraId="4341FC5B" w14:textId="76CA8906" w:rsidR="00AB3CCF" w:rsidRDefault="00863323" w:rsidP="00A65B0C">
      <w:pPr>
        <w:spacing w:after="0"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63323">
        <w:rPr>
          <w:rFonts w:asciiTheme="majorHAnsi" w:hAnsiTheme="majorHAnsi" w:cstheme="majorHAnsi"/>
          <w:sz w:val="20"/>
          <w:szCs w:val="20"/>
          <w:highlight w:val="yellow"/>
        </w:rPr>
        <w:t>(assinaturas manuais, acompanhadas de carimbo, ou assinaturas eletrônicas)</w:t>
      </w:r>
    </w:p>
    <w:p w14:paraId="6AE56636" w14:textId="77777777" w:rsidR="002D71A7" w:rsidRDefault="002D71A7" w:rsidP="00A65B0C">
      <w:pPr>
        <w:spacing w:after="0" w:line="36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732CEEC3" w14:textId="77777777" w:rsidR="002D71A7" w:rsidRDefault="002D71A7" w:rsidP="00A65B0C">
      <w:pPr>
        <w:spacing w:after="0" w:line="36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6AA7016E" w14:textId="77777777" w:rsidR="002D71A7" w:rsidRDefault="002D71A7" w:rsidP="00A65B0C">
      <w:pPr>
        <w:spacing w:after="0" w:line="36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19CF374F" w14:textId="77777777" w:rsidR="002D71A7" w:rsidRDefault="002D71A7" w:rsidP="00A65B0C">
      <w:pPr>
        <w:spacing w:after="0" w:line="36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57407015" w14:textId="77777777" w:rsidR="005A40DB" w:rsidRDefault="005A40DB" w:rsidP="002D71A7">
      <w:pPr>
        <w:pStyle w:val="Rodap"/>
        <w:jc w:val="both"/>
        <w:rPr>
          <w:rFonts w:asciiTheme="majorHAnsi" w:hAnsiTheme="majorHAnsi" w:cstheme="majorHAnsi"/>
          <w:color w:val="EE0000"/>
        </w:rPr>
      </w:pPr>
    </w:p>
    <w:p w14:paraId="777FF8B0" w14:textId="77777777" w:rsidR="005A40DB" w:rsidRDefault="005A40DB" w:rsidP="002D71A7">
      <w:pPr>
        <w:pStyle w:val="Rodap"/>
        <w:jc w:val="both"/>
        <w:rPr>
          <w:rFonts w:asciiTheme="majorHAnsi" w:hAnsiTheme="majorHAnsi" w:cstheme="majorHAnsi"/>
          <w:color w:val="EE0000"/>
        </w:rPr>
      </w:pPr>
    </w:p>
    <w:p w14:paraId="26DE4711" w14:textId="77777777" w:rsidR="005A40DB" w:rsidRDefault="005A40DB" w:rsidP="002D71A7">
      <w:pPr>
        <w:pStyle w:val="Rodap"/>
        <w:jc w:val="both"/>
        <w:rPr>
          <w:rFonts w:asciiTheme="majorHAnsi" w:hAnsiTheme="majorHAnsi" w:cstheme="majorHAnsi"/>
          <w:color w:val="EE0000"/>
        </w:rPr>
      </w:pPr>
    </w:p>
    <w:p w14:paraId="4F24EA5C" w14:textId="77777777" w:rsidR="005A40DB" w:rsidRDefault="005A40DB" w:rsidP="002D71A7">
      <w:pPr>
        <w:pStyle w:val="Rodap"/>
        <w:jc w:val="both"/>
        <w:rPr>
          <w:rFonts w:asciiTheme="majorHAnsi" w:hAnsiTheme="majorHAnsi" w:cstheme="majorHAnsi"/>
          <w:color w:val="EE0000"/>
        </w:rPr>
      </w:pPr>
    </w:p>
    <w:p w14:paraId="16FD70B6" w14:textId="38592673" w:rsidR="002D71A7" w:rsidRPr="002D71A7" w:rsidRDefault="002D71A7" w:rsidP="002D71A7">
      <w:pPr>
        <w:pStyle w:val="Rodap"/>
        <w:jc w:val="both"/>
        <w:rPr>
          <w:rFonts w:asciiTheme="majorHAnsi" w:hAnsiTheme="majorHAnsi" w:cstheme="majorHAnsi"/>
          <w:color w:val="EE0000"/>
        </w:rPr>
      </w:pPr>
      <w:r w:rsidRPr="002D71A7">
        <w:rPr>
          <w:rFonts w:asciiTheme="majorHAnsi" w:hAnsiTheme="majorHAnsi" w:cstheme="majorHAnsi"/>
          <w:color w:val="EE0000"/>
        </w:rPr>
        <w:t>*Os documentos devem ser elaborados, preferencialmente, em papel timbrado ou no padrão institucional da unidade de saúde.</w:t>
      </w:r>
    </w:p>
    <w:p w14:paraId="5FF7BED2" w14:textId="77777777" w:rsidR="002D71A7" w:rsidRDefault="002D71A7" w:rsidP="00A65B0C">
      <w:pPr>
        <w:spacing w:after="0" w:line="36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121050EE" w14:textId="77777777" w:rsidR="002D71A7" w:rsidRPr="005D4ED8" w:rsidRDefault="002D71A7" w:rsidP="00A65B0C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2C4F454F" w14:textId="002EAC53" w:rsidR="00A409ED" w:rsidRDefault="00EF0C3B" w:rsidP="00A409ED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br w:type="page"/>
      </w:r>
    </w:p>
    <w:p w14:paraId="6EA093BD" w14:textId="5BE9B646" w:rsidR="00AB3CCF" w:rsidRPr="005D4ED8" w:rsidRDefault="0071440B" w:rsidP="00A65B0C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5D4ED8">
        <w:rPr>
          <w:rFonts w:asciiTheme="majorHAnsi" w:hAnsiTheme="majorHAnsi" w:cstheme="majorHAnsi"/>
          <w:b/>
          <w:bCs/>
          <w:sz w:val="24"/>
          <w:szCs w:val="24"/>
        </w:rPr>
        <w:lastRenderedPageBreak/>
        <w:t>ATA DE REUNIÃO EXTRAORDINÁRIA DA COMISSÃO DE ÉTICA MÉDICA</w:t>
      </w:r>
    </w:p>
    <w:p w14:paraId="37D38D73" w14:textId="77777777" w:rsidR="00162627" w:rsidRPr="005D4ED8" w:rsidRDefault="00162627" w:rsidP="00A65B0C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2150A688" w14:textId="77777777" w:rsidR="00AB3CCF" w:rsidRPr="005D4ED8" w:rsidRDefault="00AB3CCF" w:rsidP="00A65B0C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2E118666" w14:textId="357F4AE4" w:rsidR="00AB3CCF" w:rsidRPr="005D4ED8" w:rsidRDefault="0071440B" w:rsidP="00A65B0C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 xml:space="preserve">Aos ___ dias do mês de ___________ </w:t>
      </w:r>
      <w:proofErr w:type="spellStart"/>
      <w:r w:rsidRPr="005D4ED8">
        <w:rPr>
          <w:rFonts w:asciiTheme="majorHAnsi" w:hAnsiTheme="majorHAnsi" w:cstheme="majorHAnsi"/>
          <w:sz w:val="24"/>
          <w:szCs w:val="24"/>
        </w:rPr>
        <w:t>de</w:t>
      </w:r>
      <w:proofErr w:type="spellEnd"/>
      <w:r w:rsidRPr="005D4ED8">
        <w:rPr>
          <w:rFonts w:asciiTheme="majorHAnsi" w:hAnsiTheme="majorHAnsi" w:cstheme="majorHAnsi"/>
          <w:sz w:val="24"/>
          <w:szCs w:val="24"/>
        </w:rPr>
        <w:t xml:space="preserve"> _______, às ____ horas, reuniu-se extraordinariamente a Comissão de Ética Médica do(a) </w:t>
      </w:r>
      <w:r w:rsidR="00CA54AD" w:rsidRPr="005D4ED8">
        <w:rPr>
          <w:rFonts w:asciiTheme="majorHAnsi" w:hAnsiTheme="majorHAnsi" w:cstheme="majorHAnsi"/>
          <w:sz w:val="24"/>
          <w:szCs w:val="24"/>
        </w:rPr>
        <w:t>______________________</w:t>
      </w:r>
      <w:r w:rsidR="00CA54AD">
        <w:rPr>
          <w:rFonts w:asciiTheme="majorHAnsi" w:hAnsiTheme="majorHAnsi" w:cstheme="majorHAnsi"/>
          <w:sz w:val="24"/>
          <w:szCs w:val="24"/>
        </w:rPr>
        <w:t xml:space="preserve"> (unidade de saúde)</w:t>
      </w:r>
      <w:r w:rsidR="001711D8">
        <w:rPr>
          <w:rFonts w:asciiTheme="majorHAnsi" w:hAnsiTheme="majorHAnsi" w:cstheme="majorHAnsi"/>
          <w:sz w:val="24"/>
          <w:szCs w:val="24"/>
        </w:rPr>
        <w:t xml:space="preserve">, </w:t>
      </w:r>
      <w:r w:rsidRPr="005D4ED8">
        <w:rPr>
          <w:rFonts w:asciiTheme="majorHAnsi" w:hAnsiTheme="majorHAnsi" w:cstheme="majorHAnsi"/>
          <w:sz w:val="24"/>
          <w:szCs w:val="24"/>
        </w:rPr>
        <w:t>para tratar de assunto urgente relacionado a ____________________________.</w:t>
      </w:r>
      <w:r w:rsidR="00836B52" w:rsidRPr="00836B52">
        <w:rPr>
          <w:rFonts w:asciiTheme="majorHAnsi" w:hAnsiTheme="majorHAnsi" w:cstheme="majorHAnsi"/>
          <w:sz w:val="24"/>
          <w:szCs w:val="24"/>
        </w:rPr>
        <w:t xml:space="preserve"> </w:t>
      </w:r>
      <w:r w:rsidR="00836B52" w:rsidRPr="005D4ED8">
        <w:rPr>
          <w:rFonts w:asciiTheme="majorHAnsi" w:hAnsiTheme="majorHAnsi" w:cstheme="majorHAnsi"/>
          <w:sz w:val="24"/>
          <w:szCs w:val="24"/>
        </w:rPr>
        <w:t>Membros presentes: ______________________________</w:t>
      </w:r>
      <w:r w:rsidR="00836B52">
        <w:rPr>
          <w:rFonts w:asciiTheme="majorHAnsi" w:hAnsiTheme="majorHAnsi" w:cstheme="majorHAnsi"/>
          <w:sz w:val="24"/>
          <w:szCs w:val="24"/>
        </w:rPr>
        <w:t xml:space="preserve">. </w:t>
      </w:r>
      <w:r w:rsidR="00836B52" w:rsidRPr="005D4ED8">
        <w:rPr>
          <w:rFonts w:asciiTheme="majorHAnsi" w:hAnsiTheme="majorHAnsi" w:cstheme="majorHAnsi"/>
          <w:sz w:val="24"/>
          <w:szCs w:val="24"/>
        </w:rPr>
        <w:t>Membros ausentes: _____________________________</w:t>
      </w:r>
      <w:r w:rsidR="00836B52">
        <w:rPr>
          <w:rFonts w:asciiTheme="majorHAnsi" w:hAnsiTheme="majorHAnsi" w:cstheme="majorHAnsi"/>
          <w:sz w:val="24"/>
          <w:szCs w:val="24"/>
        </w:rPr>
        <w:t xml:space="preserve">. Justificaram ausência: </w:t>
      </w:r>
      <w:r w:rsidR="00836B52" w:rsidRPr="005D4ED8">
        <w:rPr>
          <w:rFonts w:asciiTheme="majorHAnsi" w:hAnsiTheme="majorHAnsi" w:cstheme="majorHAnsi"/>
          <w:sz w:val="24"/>
          <w:szCs w:val="24"/>
        </w:rPr>
        <w:t>_____________________________</w:t>
      </w:r>
      <w:r w:rsidR="00836B52">
        <w:rPr>
          <w:rFonts w:asciiTheme="majorHAnsi" w:hAnsiTheme="majorHAnsi" w:cstheme="majorHAnsi"/>
          <w:sz w:val="24"/>
          <w:szCs w:val="24"/>
        </w:rPr>
        <w:t xml:space="preserve">.  </w:t>
      </w:r>
    </w:p>
    <w:p w14:paraId="185EBF05" w14:textId="77777777" w:rsidR="00C96FBE" w:rsidRPr="005D4ED8" w:rsidRDefault="00C96FBE" w:rsidP="00A65B0C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05D2E92E" w14:textId="77777777" w:rsidR="00C96FBE" w:rsidRPr="005D4ED8" w:rsidRDefault="00C96FBE" w:rsidP="00A65B0C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Deliberações:</w:t>
      </w:r>
    </w:p>
    <w:p w14:paraId="07482C55" w14:textId="77777777" w:rsidR="00C96FBE" w:rsidRPr="005D4ED8" w:rsidRDefault="00C96FBE" w:rsidP="00A65B0C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-</w:t>
      </w:r>
    </w:p>
    <w:p w14:paraId="76D96934" w14:textId="77777777" w:rsidR="00C96FBE" w:rsidRPr="005D4ED8" w:rsidRDefault="00C96FBE" w:rsidP="00A65B0C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0DA5F62A" w14:textId="77777777" w:rsidR="00C96FBE" w:rsidRPr="005D4ED8" w:rsidRDefault="00C96FBE" w:rsidP="00A65B0C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2E16FEB" w14:textId="77777777" w:rsidR="00C96FBE" w:rsidRDefault="00C96FBE" w:rsidP="00A65B0C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Nada mais havendo, foi encerrada a reunião e lavrada a presente ata, que vai assinada por todos os presentes.</w:t>
      </w:r>
    </w:p>
    <w:p w14:paraId="60B15559" w14:textId="77777777" w:rsidR="00F75385" w:rsidRDefault="00F75385" w:rsidP="00A65B0C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1D5C80FD" w14:textId="77777777" w:rsidR="00F75385" w:rsidRDefault="00F75385" w:rsidP="00A65B0C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5A45F59B" w14:textId="77777777" w:rsidR="00F75385" w:rsidRPr="005D4ED8" w:rsidRDefault="00F75385" w:rsidP="00A65B0C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F57520F" w14:textId="77777777" w:rsidR="00863323" w:rsidRPr="005D4ED8" w:rsidRDefault="00863323" w:rsidP="00863323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863323">
        <w:rPr>
          <w:rFonts w:asciiTheme="majorHAnsi" w:hAnsiTheme="majorHAnsi" w:cstheme="majorHAnsi"/>
          <w:sz w:val="20"/>
          <w:szCs w:val="20"/>
          <w:highlight w:val="yellow"/>
        </w:rPr>
        <w:t>(assinaturas manuais, acompanhadas de carimbo, ou assinaturas eletrônicas)</w:t>
      </w:r>
    </w:p>
    <w:p w14:paraId="481DCD06" w14:textId="77777777" w:rsidR="005A40DB" w:rsidRDefault="005A40DB" w:rsidP="005A40DB">
      <w:pPr>
        <w:spacing w:after="0" w:line="360" w:lineRule="auto"/>
        <w:rPr>
          <w:rFonts w:asciiTheme="majorHAnsi" w:hAnsiTheme="majorHAnsi" w:cstheme="majorHAnsi"/>
          <w:sz w:val="24"/>
          <w:szCs w:val="24"/>
        </w:rPr>
      </w:pPr>
    </w:p>
    <w:p w14:paraId="0DC3D58D" w14:textId="77777777" w:rsidR="005A40DB" w:rsidRDefault="005A40DB" w:rsidP="005A40DB">
      <w:pPr>
        <w:spacing w:after="0" w:line="360" w:lineRule="auto"/>
        <w:rPr>
          <w:rFonts w:asciiTheme="majorHAnsi" w:hAnsiTheme="majorHAnsi" w:cstheme="majorHAnsi"/>
          <w:sz w:val="24"/>
          <w:szCs w:val="24"/>
        </w:rPr>
      </w:pPr>
    </w:p>
    <w:p w14:paraId="49714B43" w14:textId="77777777" w:rsidR="005A40DB" w:rsidRDefault="005A40DB" w:rsidP="005A40DB">
      <w:pPr>
        <w:spacing w:after="0" w:line="360" w:lineRule="auto"/>
        <w:rPr>
          <w:rFonts w:asciiTheme="majorHAnsi" w:hAnsiTheme="majorHAnsi" w:cstheme="majorHAnsi"/>
          <w:sz w:val="24"/>
          <w:szCs w:val="24"/>
        </w:rPr>
      </w:pPr>
    </w:p>
    <w:p w14:paraId="531AFDF8" w14:textId="77777777" w:rsidR="005A40DB" w:rsidRDefault="005A40DB" w:rsidP="005A40DB">
      <w:pPr>
        <w:spacing w:after="0" w:line="360" w:lineRule="auto"/>
        <w:rPr>
          <w:rFonts w:asciiTheme="majorHAnsi" w:hAnsiTheme="majorHAnsi" w:cstheme="majorHAnsi"/>
          <w:color w:val="EE0000"/>
          <w:sz w:val="24"/>
          <w:szCs w:val="24"/>
        </w:rPr>
      </w:pPr>
    </w:p>
    <w:p w14:paraId="413A8899" w14:textId="77777777" w:rsidR="005A40DB" w:rsidRDefault="005A40DB" w:rsidP="005A40DB">
      <w:pPr>
        <w:spacing w:after="0" w:line="360" w:lineRule="auto"/>
        <w:rPr>
          <w:rFonts w:asciiTheme="majorHAnsi" w:hAnsiTheme="majorHAnsi" w:cstheme="majorHAnsi"/>
          <w:color w:val="EE0000"/>
          <w:sz w:val="24"/>
          <w:szCs w:val="24"/>
        </w:rPr>
      </w:pPr>
    </w:p>
    <w:p w14:paraId="29A76F11" w14:textId="77777777" w:rsidR="005A40DB" w:rsidRDefault="005A40DB" w:rsidP="005A40DB">
      <w:pPr>
        <w:spacing w:after="0" w:line="360" w:lineRule="auto"/>
        <w:rPr>
          <w:rFonts w:asciiTheme="majorHAnsi" w:hAnsiTheme="majorHAnsi" w:cstheme="majorHAnsi"/>
          <w:color w:val="EE0000"/>
          <w:sz w:val="24"/>
          <w:szCs w:val="24"/>
        </w:rPr>
      </w:pPr>
    </w:p>
    <w:p w14:paraId="5897BE21" w14:textId="77777777" w:rsidR="005A40DB" w:rsidRDefault="005A40DB" w:rsidP="005A40DB">
      <w:pPr>
        <w:spacing w:after="0" w:line="360" w:lineRule="auto"/>
        <w:rPr>
          <w:rFonts w:asciiTheme="majorHAnsi" w:hAnsiTheme="majorHAnsi" w:cstheme="majorHAnsi"/>
          <w:color w:val="EE0000"/>
          <w:sz w:val="24"/>
          <w:szCs w:val="24"/>
        </w:rPr>
      </w:pPr>
    </w:p>
    <w:p w14:paraId="6CAB49A2" w14:textId="77777777" w:rsidR="005A40DB" w:rsidRDefault="005A40DB" w:rsidP="005A40DB">
      <w:pPr>
        <w:spacing w:after="0" w:line="360" w:lineRule="auto"/>
        <w:rPr>
          <w:rFonts w:asciiTheme="majorHAnsi" w:hAnsiTheme="majorHAnsi" w:cstheme="majorHAnsi"/>
          <w:color w:val="EE0000"/>
          <w:sz w:val="24"/>
          <w:szCs w:val="24"/>
        </w:rPr>
      </w:pPr>
    </w:p>
    <w:p w14:paraId="6C0E9EC8" w14:textId="0234C95C" w:rsidR="002D71A7" w:rsidRPr="005A40DB" w:rsidRDefault="005A40DB" w:rsidP="005A40DB">
      <w:pPr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5A40DB">
        <w:rPr>
          <w:rFonts w:asciiTheme="majorHAnsi" w:hAnsiTheme="majorHAnsi" w:cstheme="majorHAnsi"/>
          <w:color w:val="EE0000"/>
          <w:sz w:val="24"/>
          <w:szCs w:val="24"/>
        </w:rPr>
        <w:t>O</w:t>
      </w:r>
      <w:r w:rsidR="002D71A7" w:rsidRPr="005A40DB">
        <w:rPr>
          <w:rFonts w:asciiTheme="majorHAnsi" w:hAnsiTheme="majorHAnsi" w:cstheme="majorHAnsi"/>
          <w:color w:val="EE0000"/>
        </w:rPr>
        <w:t xml:space="preserve">s </w:t>
      </w:r>
      <w:r w:rsidR="002D71A7" w:rsidRPr="002D71A7">
        <w:rPr>
          <w:rFonts w:asciiTheme="majorHAnsi" w:hAnsiTheme="majorHAnsi" w:cstheme="majorHAnsi"/>
          <w:color w:val="EE0000"/>
        </w:rPr>
        <w:t>documentos devem ser elaborados, preferencialmente, em papel timbrado ou no padrão institucional da unidade de saúde.</w:t>
      </w:r>
    </w:p>
    <w:p w14:paraId="51EC29DB" w14:textId="77777777" w:rsidR="002D71A7" w:rsidRDefault="002D71A7" w:rsidP="002D71A7">
      <w:pPr>
        <w:spacing w:after="0" w:line="360" w:lineRule="auto"/>
        <w:rPr>
          <w:rFonts w:asciiTheme="majorHAnsi" w:hAnsiTheme="majorHAnsi" w:cstheme="majorHAnsi"/>
          <w:sz w:val="24"/>
          <w:szCs w:val="24"/>
        </w:rPr>
      </w:pPr>
    </w:p>
    <w:p w14:paraId="5AF90234" w14:textId="77777777" w:rsidR="00F75385" w:rsidRDefault="00F75385" w:rsidP="001A1DD4">
      <w:pPr>
        <w:spacing w:after="0" w:line="312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4B86E248" w14:textId="77777777" w:rsidR="005A40DB" w:rsidRDefault="005A40DB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br w:type="page"/>
      </w:r>
    </w:p>
    <w:p w14:paraId="3FA45A3D" w14:textId="546F43BF" w:rsidR="001A1DD4" w:rsidRPr="00616EDF" w:rsidRDefault="001A1DD4" w:rsidP="001A1DD4">
      <w:pPr>
        <w:spacing w:after="0" w:line="312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C11ED0">
        <w:rPr>
          <w:rFonts w:asciiTheme="majorHAnsi" w:hAnsiTheme="majorHAnsi" w:cstheme="majorHAnsi"/>
          <w:b/>
          <w:bCs/>
          <w:sz w:val="24"/>
          <w:szCs w:val="24"/>
        </w:rPr>
        <w:lastRenderedPageBreak/>
        <w:t>OFÍCIO DE COMUNICAÇÃO À DIREÇÃO DO HOSPITAL</w:t>
      </w:r>
    </w:p>
    <w:p w14:paraId="1F269C85" w14:textId="77777777" w:rsidR="001A1DD4" w:rsidRDefault="001A1DD4" w:rsidP="001A1DD4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274F634C" w14:textId="77777777" w:rsidR="001A1DD4" w:rsidRPr="005D4ED8" w:rsidRDefault="001A1DD4" w:rsidP="001A1DD4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O</w:t>
      </w:r>
      <w:r>
        <w:rPr>
          <w:rFonts w:asciiTheme="majorHAnsi" w:hAnsiTheme="majorHAnsi" w:cstheme="majorHAnsi"/>
          <w:sz w:val="24"/>
          <w:szCs w:val="24"/>
        </w:rPr>
        <w:t xml:space="preserve">fício </w:t>
      </w:r>
      <w:r w:rsidRPr="005D4ED8">
        <w:rPr>
          <w:rFonts w:asciiTheme="majorHAnsi" w:hAnsiTheme="majorHAnsi" w:cstheme="majorHAnsi"/>
          <w:sz w:val="24"/>
          <w:szCs w:val="24"/>
        </w:rPr>
        <w:t>Nº _____/_____</w:t>
      </w:r>
    </w:p>
    <w:p w14:paraId="4559C8DD" w14:textId="77777777" w:rsidR="0057576E" w:rsidRPr="005D4ED8" w:rsidRDefault="0057576E" w:rsidP="0057576E">
      <w:pPr>
        <w:spacing w:after="0" w:line="360" w:lineRule="auto"/>
        <w:jc w:val="righ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Salvador, _____ de _______ </w:t>
      </w:r>
      <w:proofErr w:type="spellStart"/>
      <w:r>
        <w:rPr>
          <w:rFonts w:asciiTheme="majorHAnsi" w:hAnsiTheme="majorHAnsi" w:cstheme="majorHAnsi"/>
          <w:sz w:val="24"/>
          <w:szCs w:val="24"/>
        </w:rPr>
        <w:t>de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20____</w:t>
      </w:r>
    </w:p>
    <w:p w14:paraId="2BA1314E" w14:textId="77777777" w:rsidR="001A1DD4" w:rsidRPr="005D4ED8" w:rsidRDefault="001A1DD4" w:rsidP="001A1DD4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61ED36E1" w14:textId="77777777" w:rsidR="001A1DD4" w:rsidRPr="005D4ED8" w:rsidRDefault="001A1DD4" w:rsidP="001A1DD4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645F42C2" w14:textId="77777777" w:rsidR="001A1DD4" w:rsidRDefault="001A1DD4" w:rsidP="001A1DD4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5D4ED8">
        <w:rPr>
          <w:rFonts w:asciiTheme="majorHAnsi" w:hAnsiTheme="majorHAnsi" w:cstheme="majorHAnsi"/>
          <w:sz w:val="24"/>
          <w:szCs w:val="24"/>
        </w:rPr>
        <w:t>Ilmo</w:t>
      </w:r>
      <w:proofErr w:type="spellEnd"/>
      <w:r w:rsidRPr="005D4ED8">
        <w:rPr>
          <w:rFonts w:asciiTheme="majorHAnsi" w:hAnsiTheme="majorHAnsi" w:cstheme="majorHAnsi"/>
          <w:sz w:val="24"/>
          <w:szCs w:val="24"/>
        </w:rPr>
        <w:t xml:space="preserve">(a). </w:t>
      </w:r>
      <w:proofErr w:type="spellStart"/>
      <w:r w:rsidRPr="005D4ED8">
        <w:rPr>
          <w:rFonts w:asciiTheme="majorHAnsi" w:hAnsiTheme="majorHAnsi" w:cstheme="majorHAnsi"/>
          <w:sz w:val="24"/>
          <w:szCs w:val="24"/>
        </w:rPr>
        <w:t>Sr</w:t>
      </w:r>
      <w:proofErr w:type="spellEnd"/>
      <w:r w:rsidRPr="005D4ED8">
        <w:rPr>
          <w:rFonts w:asciiTheme="majorHAnsi" w:hAnsiTheme="majorHAnsi" w:cstheme="majorHAnsi"/>
          <w:sz w:val="24"/>
          <w:szCs w:val="24"/>
        </w:rPr>
        <w:t xml:space="preserve">(a). </w:t>
      </w:r>
    </w:p>
    <w:p w14:paraId="3590F155" w14:textId="22E2AAB1" w:rsidR="001A1DD4" w:rsidRPr="000E249B" w:rsidRDefault="000648B3" w:rsidP="001A1DD4">
      <w:pPr>
        <w:spacing w:after="0" w:line="36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0E249B">
        <w:rPr>
          <w:rFonts w:asciiTheme="majorHAnsi" w:hAnsiTheme="majorHAnsi" w:cstheme="majorHAnsi"/>
          <w:b/>
          <w:bCs/>
          <w:sz w:val="24"/>
          <w:szCs w:val="24"/>
        </w:rPr>
        <w:t>Dr.(a)</w:t>
      </w:r>
      <w:r w:rsidR="001A1DD4" w:rsidRPr="000E249B">
        <w:rPr>
          <w:rFonts w:asciiTheme="majorHAnsi" w:hAnsiTheme="majorHAnsi" w:cstheme="majorHAnsi"/>
          <w:b/>
          <w:bCs/>
          <w:sz w:val="24"/>
          <w:szCs w:val="24"/>
        </w:rPr>
        <w:t xml:space="preserve"> __________________________________</w:t>
      </w:r>
    </w:p>
    <w:p w14:paraId="14871017" w14:textId="77777777" w:rsidR="001A1DD4" w:rsidRPr="005D4ED8" w:rsidRDefault="001A1DD4" w:rsidP="001A1DD4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Diretor(a) Técnico(a) do(a) ______________________________________</w:t>
      </w:r>
    </w:p>
    <w:p w14:paraId="1C80FD67" w14:textId="77777777" w:rsidR="001A1DD4" w:rsidRDefault="001A1DD4" w:rsidP="001A1DD4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1B8610FE" w14:textId="77777777" w:rsidR="001A1DD4" w:rsidRPr="005D4ED8" w:rsidRDefault="001A1DD4" w:rsidP="001A1DD4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01469913" w14:textId="77777777" w:rsidR="001A1DD4" w:rsidRPr="005D4ED8" w:rsidRDefault="001A1DD4" w:rsidP="001A1DD4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Assunto: _______________________________________</w:t>
      </w:r>
    </w:p>
    <w:p w14:paraId="0C6B153E" w14:textId="77777777" w:rsidR="001A1DD4" w:rsidRPr="005D4ED8" w:rsidRDefault="001A1DD4" w:rsidP="001A1DD4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031AACDE" w14:textId="77777777" w:rsidR="001A1DD4" w:rsidRPr="005D4ED8" w:rsidRDefault="001A1DD4" w:rsidP="001A1DD4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1666840" w14:textId="769EFBD0" w:rsidR="001A1DD4" w:rsidRPr="005D4ED8" w:rsidRDefault="001A1DD4" w:rsidP="001A1DD4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Senhor(a)</w:t>
      </w:r>
      <w:r w:rsidR="000648B3">
        <w:rPr>
          <w:rFonts w:asciiTheme="majorHAnsi" w:hAnsiTheme="majorHAnsi" w:cstheme="majorHAnsi"/>
          <w:sz w:val="24"/>
          <w:szCs w:val="24"/>
        </w:rPr>
        <w:t xml:space="preserve"> Diretor(a)</w:t>
      </w:r>
      <w:r w:rsidRPr="005D4ED8">
        <w:rPr>
          <w:rFonts w:asciiTheme="majorHAnsi" w:hAnsiTheme="majorHAnsi" w:cstheme="majorHAnsi"/>
          <w:sz w:val="24"/>
          <w:szCs w:val="24"/>
        </w:rPr>
        <w:t>,</w:t>
      </w:r>
    </w:p>
    <w:p w14:paraId="40BA25CC" w14:textId="77777777" w:rsidR="001A1DD4" w:rsidRPr="005D4ED8" w:rsidRDefault="001A1DD4" w:rsidP="001A1DD4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048E155" w14:textId="4E45280E" w:rsidR="001A1DD4" w:rsidRPr="005D4ED8" w:rsidRDefault="001A1DD4" w:rsidP="001A1DD4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 xml:space="preserve">A Comissão de Ética Médica do(a) </w:t>
      </w:r>
      <w:r w:rsidR="000648B3" w:rsidRPr="005D4ED8">
        <w:rPr>
          <w:rFonts w:asciiTheme="majorHAnsi" w:hAnsiTheme="majorHAnsi" w:cstheme="majorHAnsi"/>
          <w:sz w:val="24"/>
          <w:szCs w:val="24"/>
        </w:rPr>
        <w:t>______________________</w:t>
      </w:r>
      <w:r w:rsidR="000648B3">
        <w:rPr>
          <w:rFonts w:asciiTheme="majorHAnsi" w:hAnsiTheme="majorHAnsi" w:cstheme="majorHAnsi"/>
          <w:sz w:val="24"/>
          <w:szCs w:val="24"/>
        </w:rPr>
        <w:t xml:space="preserve"> (unidade de saúde) </w:t>
      </w:r>
      <w:r w:rsidRPr="005D4ED8">
        <w:rPr>
          <w:rFonts w:asciiTheme="majorHAnsi" w:hAnsiTheme="majorHAnsi" w:cstheme="majorHAnsi"/>
          <w:sz w:val="24"/>
          <w:szCs w:val="24"/>
        </w:rPr>
        <w:t>vem por meio deste comunicar que ____________________________________________.</w:t>
      </w:r>
    </w:p>
    <w:p w14:paraId="46F95059" w14:textId="77777777" w:rsidR="001A1DD4" w:rsidRPr="005D4ED8" w:rsidRDefault="001A1DD4" w:rsidP="001A1DD4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658C3155" w14:textId="77777777" w:rsidR="001A1DD4" w:rsidRPr="005D4ED8" w:rsidRDefault="001A1DD4" w:rsidP="001A1DD4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Atenciosamente,</w:t>
      </w:r>
    </w:p>
    <w:p w14:paraId="4E4D8343" w14:textId="77777777" w:rsidR="001A1DD4" w:rsidRPr="005D4ED8" w:rsidRDefault="001A1DD4" w:rsidP="001A1DD4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0EB18513" w14:textId="77777777" w:rsidR="001A1DD4" w:rsidRPr="005D4ED8" w:rsidRDefault="001A1DD4" w:rsidP="001A1DD4">
      <w:pPr>
        <w:spacing w:after="0" w:line="36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_________________________________</w:t>
      </w:r>
    </w:p>
    <w:p w14:paraId="480AAEEB" w14:textId="77777777" w:rsidR="00F75385" w:rsidRDefault="001A1DD4" w:rsidP="00F75385">
      <w:pPr>
        <w:spacing w:after="0" w:line="36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Presidente da CEM</w:t>
      </w:r>
    </w:p>
    <w:p w14:paraId="770F6779" w14:textId="77777777" w:rsidR="008927B5" w:rsidRPr="005D4ED8" w:rsidRDefault="008927B5" w:rsidP="008927B5">
      <w:pPr>
        <w:spacing w:after="0" w:line="36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863323">
        <w:rPr>
          <w:rFonts w:asciiTheme="majorHAnsi" w:hAnsiTheme="majorHAnsi" w:cstheme="majorHAnsi"/>
          <w:sz w:val="20"/>
          <w:szCs w:val="20"/>
          <w:highlight w:val="yellow"/>
        </w:rPr>
        <w:t>(assinatura manua</w:t>
      </w:r>
      <w:r>
        <w:rPr>
          <w:rFonts w:asciiTheme="majorHAnsi" w:hAnsiTheme="majorHAnsi" w:cstheme="majorHAnsi"/>
          <w:sz w:val="20"/>
          <w:szCs w:val="20"/>
          <w:highlight w:val="yellow"/>
        </w:rPr>
        <w:t>l</w:t>
      </w:r>
      <w:r w:rsidRPr="00863323">
        <w:rPr>
          <w:rFonts w:asciiTheme="majorHAnsi" w:hAnsiTheme="majorHAnsi" w:cstheme="majorHAnsi"/>
          <w:sz w:val="20"/>
          <w:szCs w:val="20"/>
          <w:highlight w:val="yellow"/>
        </w:rPr>
        <w:t>, acompanhada de carimbo, ou assinatura eletrônica)</w:t>
      </w:r>
    </w:p>
    <w:p w14:paraId="4B4AD450" w14:textId="260ECCA7" w:rsidR="001A1DD4" w:rsidRPr="005D4ED8" w:rsidRDefault="001A1DD4" w:rsidP="001A1DD4">
      <w:pPr>
        <w:spacing w:after="0" w:line="360" w:lineRule="auto"/>
        <w:jc w:val="center"/>
        <w:rPr>
          <w:rFonts w:asciiTheme="majorHAnsi" w:hAnsiTheme="majorHAnsi" w:cstheme="majorHAnsi"/>
          <w:sz w:val="24"/>
          <w:szCs w:val="24"/>
        </w:rPr>
      </w:pPr>
    </w:p>
    <w:p w14:paraId="2B5A4A83" w14:textId="77777777" w:rsidR="00B04C54" w:rsidRDefault="00B04C54" w:rsidP="00B04C54">
      <w:pPr>
        <w:rPr>
          <w:rFonts w:asciiTheme="majorHAnsi" w:hAnsiTheme="majorHAnsi" w:cstheme="majorHAnsi"/>
          <w:sz w:val="24"/>
          <w:szCs w:val="24"/>
        </w:rPr>
      </w:pPr>
    </w:p>
    <w:p w14:paraId="2D36FEBA" w14:textId="77777777" w:rsidR="00B04C54" w:rsidRDefault="00B04C54" w:rsidP="00B04C54">
      <w:pPr>
        <w:rPr>
          <w:rFonts w:asciiTheme="majorHAnsi" w:hAnsiTheme="majorHAnsi" w:cstheme="majorHAnsi"/>
          <w:sz w:val="24"/>
          <w:szCs w:val="24"/>
        </w:rPr>
      </w:pPr>
    </w:p>
    <w:p w14:paraId="732745D8" w14:textId="41E94634" w:rsidR="00B04C54" w:rsidRPr="00B04C54" w:rsidRDefault="00B04C54" w:rsidP="00B04C54">
      <w:pPr>
        <w:rPr>
          <w:rFonts w:asciiTheme="majorHAnsi" w:hAnsiTheme="majorHAnsi" w:cstheme="majorHAnsi"/>
          <w:sz w:val="24"/>
          <w:szCs w:val="24"/>
        </w:rPr>
      </w:pPr>
      <w:r w:rsidRPr="002D71A7">
        <w:rPr>
          <w:rFonts w:asciiTheme="majorHAnsi" w:hAnsiTheme="majorHAnsi" w:cstheme="majorHAnsi"/>
          <w:color w:val="EE0000"/>
        </w:rPr>
        <w:t>Os documentos devem ser elaborados, preferencialmente, em papel timbrado ou no padrão institucional da unidade de saúde.</w:t>
      </w:r>
    </w:p>
    <w:p w14:paraId="6FB56177" w14:textId="77777777" w:rsidR="005A40DB" w:rsidRDefault="005A40DB" w:rsidP="00796CCD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044B9137" w14:textId="77777777" w:rsidR="005A40DB" w:rsidRDefault="005A40DB" w:rsidP="00796CCD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16A16A96" w14:textId="77777777" w:rsidR="00B04C54" w:rsidRDefault="00B04C54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br w:type="page"/>
      </w:r>
    </w:p>
    <w:p w14:paraId="0E9B28CD" w14:textId="44AF5D77" w:rsidR="00C2074D" w:rsidRDefault="00C2074D" w:rsidP="00796CCD">
      <w:pPr>
        <w:spacing w:after="0" w:line="36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C2074D">
        <w:rPr>
          <w:rFonts w:asciiTheme="majorHAnsi" w:hAnsiTheme="majorHAnsi" w:cstheme="majorHAnsi"/>
          <w:b/>
          <w:bCs/>
          <w:sz w:val="24"/>
          <w:szCs w:val="24"/>
        </w:rPr>
        <w:lastRenderedPageBreak/>
        <w:t>OFÍCIO AO GACEM</w:t>
      </w:r>
      <w:r>
        <w:rPr>
          <w:rFonts w:asciiTheme="majorHAnsi" w:hAnsiTheme="majorHAnsi" w:cstheme="majorHAnsi"/>
          <w:sz w:val="24"/>
          <w:szCs w:val="24"/>
        </w:rPr>
        <w:t xml:space="preserve"> – Grupo de Apoio às Comissões de Ética do Cremeb</w:t>
      </w:r>
    </w:p>
    <w:p w14:paraId="13390729" w14:textId="012AEFDC" w:rsidR="00C2074D" w:rsidRDefault="00C2074D" w:rsidP="00796CCD">
      <w:pPr>
        <w:spacing w:after="0" w:line="36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8927B5">
        <w:rPr>
          <w:rFonts w:asciiTheme="majorHAnsi" w:hAnsiTheme="majorHAnsi" w:cstheme="majorHAnsi"/>
          <w:sz w:val="24"/>
          <w:szCs w:val="24"/>
          <w:highlight w:val="yellow"/>
        </w:rPr>
        <w:t xml:space="preserve">(para dúvidas relacionadas aos </w:t>
      </w:r>
      <w:r w:rsidRPr="004B0F68">
        <w:rPr>
          <w:rFonts w:asciiTheme="majorHAnsi" w:hAnsiTheme="majorHAnsi" w:cstheme="majorHAnsi"/>
          <w:b/>
          <w:bCs/>
          <w:sz w:val="24"/>
          <w:szCs w:val="24"/>
          <w:highlight w:val="yellow"/>
        </w:rPr>
        <w:t>atos privativos da Comissão</w:t>
      </w:r>
      <w:r w:rsidRPr="008927B5">
        <w:rPr>
          <w:rFonts w:asciiTheme="majorHAnsi" w:hAnsiTheme="majorHAnsi" w:cstheme="majorHAnsi"/>
          <w:sz w:val="24"/>
          <w:szCs w:val="24"/>
          <w:highlight w:val="yellow"/>
        </w:rPr>
        <w:t>)</w:t>
      </w:r>
    </w:p>
    <w:p w14:paraId="47254F1B" w14:textId="77777777" w:rsidR="00C2074D" w:rsidRDefault="00C2074D" w:rsidP="00E90B9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525E6C46" w14:textId="7178ECE7" w:rsidR="00E90B97" w:rsidRPr="005D4ED8" w:rsidRDefault="00E90B97" w:rsidP="00E90B9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O</w:t>
      </w:r>
      <w:r>
        <w:rPr>
          <w:rFonts w:asciiTheme="majorHAnsi" w:hAnsiTheme="majorHAnsi" w:cstheme="majorHAnsi"/>
          <w:sz w:val="24"/>
          <w:szCs w:val="24"/>
        </w:rPr>
        <w:t xml:space="preserve">fício </w:t>
      </w:r>
      <w:r w:rsidRPr="005D4ED8">
        <w:rPr>
          <w:rFonts w:asciiTheme="majorHAnsi" w:hAnsiTheme="majorHAnsi" w:cstheme="majorHAnsi"/>
          <w:sz w:val="24"/>
          <w:szCs w:val="24"/>
        </w:rPr>
        <w:t>Nº _____/_____</w:t>
      </w:r>
    </w:p>
    <w:p w14:paraId="0B6C8E1A" w14:textId="6D55C996" w:rsidR="00E90B97" w:rsidRPr="005D4ED8" w:rsidRDefault="0055663E" w:rsidP="0055663E">
      <w:pPr>
        <w:spacing w:after="0" w:line="360" w:lineRule="auto"/>
        <w:jc w:val="righ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Salvador, _____ de _______ </w:t>
      </w:r>
      <w:proofErr w:type="spellStart"/>
      <w:r>
        <w:rPr>
          <w:rFonts w:asciiTheme="majorHAnsi" w:hAnsiTheme="majorHAnsi" w:cstheme="majorHAnsi"/>
          <w:sz w:val="24"/>
          <w:szCs w:val="24"/>
        </w:rPr>
        <w:t>de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20____</w:t>
      </w:r>
    </w:p>
    <w:p w14:paraId="5CE21B63" w14:textId="77777777" w:rsidR="005E39BF" w:rsidRDefault="005E39BF" w:rsidP="00E90B9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774E9497" w14:textId="1B9FCF58" w:rsidR="00E90B97" w:rsidRDefault="00E90B97" w:rsidP="00E90B9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 xml:space="preserve">Ilmo. Sr. </w:t>
      </w:r>
    </w:p>
    <w:p w14:paraId="3D187421" w14:textId="77777777" w:rsidR="00E90B97" w:rsidRPr="00922AAF" w:rsidRDefault="00E90B97" w:rsidP="00E90B97">
      <w:pPr>
        <w:spacing w:after="0" w:line="36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922AAF">
        <w:rPr>
          <w:rFonts w:asciiTheme="majorHAnsi" w:hAnsiTheme="majorHAnsi" w:cstheme="majorHAnsi"/>
          <w:b/>
          <w:bCs/>
          <w:sz w:val="24"/>
          <w:szCs w:val="24"/>
        </w:rPr>
        <w:t>Cons. Jorge Cerqueira</w:t>
      </w:r>
    </w:p>
    <w:p w14:paraId="5CFF40A5" w14:textId="3076B710" w:rsidR="00E90B97" w:rsidRDefault="00E90B97" w:rsidP="00E90B9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Coordenador do GACEM</w:t>
      </w:r>
    </w:p>
    <w:p w14:paraId="419D1938" w14:textId="77777777" w:rsidR="00E90B97" w:rsidRPr="005D4ED8" w:rsidRDefault="00E90B97" w:rsidP="00E90B9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2DD4193" w14:textId="77777777" w:rsidR="00E90B97" w:rsidRPr="005D4ED8" w:rsidRDefault="00E90B97" w:rsidP="00E90B9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Assunto: _______________________________________</w:t>
      </w:r>
    </w:p>
    <w:p w14:paraId="3D298223" w14:textId="77777777" w:rsidR="00E90B97" w:rsidRPr="005D4ED8" w:rsidRDefault="00E90B97" w:rsidP="00E90B9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7C725B78" w14:textId="77777777" w:rsidR="00E90B97" w:rsidRPr="005D4ED8" w:rsidRDefault="00E90B97" w:rsidP="00E90B9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A2BF3DE" w14:textId="352D31FA" w:rsidR="00E90B97" w:rsidRPr="005D4ED8" w:rsidRDefault="00E90B97" w:rsidP="00E90B9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Senhor</w:t>
      </w:r>
      <w:r w:rsidR="000648B3">
        <w:rPr>
          <w:rFonts w:asciiTheme="majorHAnsi" w:hAnsiTheme="majorHAnsi" w:cstheme="majorHAnsi"/>
          <w:sz w:val="24"/>
          <w:szCs w:val="24"/>
        </w:rPr>
        <w:t xml:space="preserve"> Coordenador,</w:t>
      </w:r>
    </w:p>
    <w:p w14:paraId="13376D6F" w14:textId="77777777" w:rsidR="00E90B97" w:rsidRDefault="00E90B97" w:rsidP="00E90B9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70672406" w14:textId="77777777" w:rsidR="0055663E" w:rsidRPr="005D4ED8" w:rsidRDefault="0055663E" w:rsidP="0055663E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A Comissão de Ética Médica do(a) ______________________</w:t>
      </w:r>
      <w:r>
        <w:rPr>
          <w:rFonts w:asciiTheme="majorHAnsi" w:hAnsiTheme="majorHAnsi" w:cstheme="majorHAnsi"/>
          <w:sz w:val="24"/>
          <w:szCs w:val="24"/>
        </w:rPr>
        <w:t xml:space="preserve"> (unidade de saúde) </w:t>
      </w:r>
      <w:r w:rsidRPr="005D4ED8">
        <w:rPr>
          <w:rFonts w:asciiTheme="majorHAnsi" w:hAnsiTheme="majorHAnsi" w:cstheme="majorHAnsi"/>
          <w:sz w:val="24"/>
          <w:szCs w:val="24"/>
        </w:rPr>
        <w:t>vem por meio deste comunicar que ____________________________________________.</w:t>
      </w:r>
    </w:p>
    <w:p w14:paraId="3CB1145E" w14:textId="77777777" w:rsidR="0055663E" w:rsidRPr="005D4ED8" w:rsidRDefault="0055663E" w:rsidP="00E90B9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24AB5D6E" w14:textId="5B2E7ADF" w:rsidR="00E90B97" w:rsidRDefault="00305C1B" w:rsidP="00E90B9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05C1B">
        <w:rPr>
          <w:rFonts w:asciiTheme="majorHAnsi" w:hAnsiTheme="majorHAnsi" w:cstheme="majorHAnsi"/>
          <w:sz w:val="24"/>
          <w:szCs w:val="24"/>
        </w:rPr>
        <w:t xml:space="preserve">Diante do exposto, solicitamos a intercedência/orientação </w:t>
      </w:r>
      <w:r>
        <w:rPr>
          <w:rFonts w:asciiTheme="majorHAnsi" w:hAnsiTheme="majorHAnsi" w:cstheme="majorHAnsi"/>
          <w:sz w:val="24"/>
          <w:szCs w:val="24"/>
        </w:rPr>
        <w:t xml:space="preserve">desse </w:t>
      </w:r>
      <w:r w:rsidRPr="00305C1B">
        <w:rPr>
          <w:rFonts w:asciiTheme="majorHAnsi" w:hAnsiTheme="majorHAnsi" w:cstheme="majorHAnsi"/>
          <w:sz w:val="24"/>
          <w:szCs w:val="24"/>
        </w:rPr>
        <w:t>Grupo para __________________</w:t>
      </w:r>
      <w:r w:rsidR="0055663E">
        <w:rPr>
          <w:rFonts w:asciiTheme="majorHAnsi" w:hAnsiTheme="majorHAnsi" w:cstheme="majorHAnsi"/>
          <w:sz w:val="24"/>
          <w:szCs w:val="24"/>
        </w:rPr>
        <w:t>____</w:t>
      </w:r>
      <w:r w:rsidRPr="00305C1B">
        <w:rPr>
          <w:rFonts w:asciiTheme="majorHAnsi" w:hAnsiTheme="majorHAnsi" w:cstheme="majorHAnsi"/>
          <w:sz w:val="24"/>
          <w:szCs w:val="24"/>
        </w:rPr>
        <w:t>_.</w:t>
      </w:r>
    </w:p>
    <w:p w14:paraId="4CE335A9" w14:textId="77777777" w:rsidR="00305C1B" w:rsidRPr="005D4ED8" w:rsidRDefault="00305C1B" w:rsidP="00E90B9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5D2C1489" w14:textId="77777777" w:rsidR="00E90B97" w:rsidRPr="005D4ED8" w:rsidRDefault="00E90B97" w:rsidP="00E90B9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Atenciosamente,</w:t>
      </w:r>
    </w:p>
    <w:p w14:paraId="7F1CA1DC" w14:textId="77777777" w:rsidR="00E90B97" w:rsidRPr="005D4ED8" w:rsidRDefault="00E90B97" w:rsidP="00E90B9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087A69D0" w14:textId="77777777" w:rsidR="00E90B97" w:rsidRPr="005D4ED8" w:rsidRDefault="00E90B97" w:rsidP="00E90B97">
      <w:pPr>
        <w:spacing w:after="0" w:line="36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_________________________________</w:t>
      </w:r>
    </w:p>
    <w:p w14:paraId="20CDE8F4" w14:textId="076F4BC1" w:rsidR="00863323" w:rsidRDefault="00E90B97" w:rsidP="008927B5">
      <w:pPr>
        <w:spacing w:after="0" w:line="36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Presidente da CEM</w:t>
      </w:r>
    </w:p>
    <w:p w14:paraId="67A781FD" w14:textId="77777777" w:rsidR="008927B5" w:rsidRPr="005D4ED8" w:rsidRDefault="008927B5" w:rsidP="008927B5">
      <w:pPr>
        <w:spacing w:after="0" w:line="36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863323">
        <w:rPr>
          <w:rFonts w:asciiTheme="majorHAnsi" w:hAnsiTheme="majorHAnsi" w:cstheme="majorHAnsi"/>
          <w:sz w:val="20"/>
          <w:szCs w:val="20"/>
          <w:highlight w:val="yellow"/>
        </w:rPr>
        <w:t>(assinatura manua</w:t>
      </w:r>
      <w:r>
        <w:rPr>
          <w:rFonts w:asciiTheme="majorHAnsi" w:hAnsiTheme="majorHAnsi" w:cstheme="majorHAnsi"/>
          <w:sz w:val="20"/>
          <w:szCs w:val="20"/>
          <w:highlight w:val="yellow"/>
        </w:rPr>
        <w:t>l</w:t>
      </w:r>
      <w:r w:rsidRPr="00863323">
        <w:rPr>
          <w:rFonts w:asciiTheme="majorHAnsi" w:hAnsiTheme="majorHAnsi" w:cstheme="majorHAnsi"/>
          <w:sz w:val="20"/>
          <w:szCs w:val="20"/>
          <w:highlight w:val="yellow"/>
        </w:rPr>
        <w:t>, acompanhada de carimbo, ou assinatura eletrônica)</w:t>
      </w:r>
    </w:p>
    <w:p w14:paraId="1B38A891" w14:textId="77777777" w:rsidR="008927B5" w:rsidRPr="005D4ED8" w:rsidRDefault="008927B5" w:rsidP="00863323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FE1A9A4" w14:textId="70A405CE" w:rsidR="00E90B97" w:rsidRDefault="00E90B97">
      <w:pPr>
        <w:rPr>
          <w:rFonts w:asciiTheme="majorHAnsi" w:hAnsiTheme="majorHAnsi" w:cstheme="majorHAnsi"/>
          <w:sz w:val="24"/>
          <w:szCs w:val="24"/>
        </w:rPr>
      </w:pPr>
    </w:p>
    <w:p w14:paraId="151FA32B" w14:textId="77777777" w:rsidR="005E39BF" w:rsidRDefault="005E39BF">
      <w:pPr>
        <w:rPr>
          <w:rFonts w:asciiTheme="majorHAnsi" w:hAnsiTheme="majorHAnsi" w:cstheme="majorHAnsi"/>
          <w:sz w:val="24"/>
          <w:szCs w:val="24"/>
        </w:rPr>
      </w:pPr>
    </w:p>
    <w:p w14:paraId="026C0B1E" w14:textId="77777777" w:rsidR="00B04C54" w:rsidRPr="002D71A7" w:rsidRDefault="00B04C54" w:rsidP="00B04C54">
      <w:pPr>
        <w:pStyle w:val="Rodap"/>
        <w:jc w:val="both"/>
        <w:rPr>
          <w:rFonts w:asciiTheme="majorHAnsi" w:hAnsiTheme="majorHAnsi" w:cstheme="majorHAnsi"/>
          <w:color w:val="EE0000"/>
        </w:rPr>
      </w:pPr>
      <w:r w:rsidRPr="002D71A7">
        <w:rPr>
          <w:rFonts w:asciiTheme="majorHAnsi" w:hAnsiTheme="majorHAnsi" w:cstheme="majorHAnsi"/>
          <w:color w:val="EE0000"/>
        </w:rPr>
        <w:t>*Os documentos devem ser elaborados, preferencialmente, em papel timbrado ou no padrão institucional da unidade de saúde.</w:t>
      </w:r>
    </w:p>
    <w:p w14:paraId="1BFADFE5" w14:textId="77777777" w:rsidR="00B04C54" w:rsidRDefault="00B04C54">
      <w:pPr>
        <w:rPr>
          <w:rFonts w:asciiTheme="majorHAnsi" w:hAnsiTheme="majorHAnsi" w:cstheme="majorHAnsi"/>
          <w:sz w:val="24"/>
          <w:szCs w:val="24"/>
        </w:rPr>
      </w:pPr>
    </w:p>
    <w:p w14:paraId="7FDF18C4" w14:textId="35EE7A43" w:rsidR="00796CCD" w:rsidRDefault="00B04C54" w:rsidP="00B04C54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br w:type="page"/>
      </w:r>
      <w:r w:rsidR="00796CCD" w:rsidRPr="00C2074D">
        <w:rPr>
          <w:rFonts w:asciiTheme="majorHAnsi" w:hAnsiTheme="majorHAnsi" w:cstheme="majorHAnsi"/>
          <w:b/>
          <w:bCs/>
          <w:sz w:val="24"/>
          <w:szCs w:val="24"/>
        </w:rPr>
        <w:lastRenderedPageBreak/>
        <w:t xml:space="preserve">OFÍCIO </w:t>
      </w:r>
      <w:r w:rsidR="00796CCD">
        <w:rPr>
          <w:rFonts w:asciiTheme="majorHAnsi" w:hAnsiTheme="majorHAnsi" w:cstheme="majorHAnsi"/>
          <w:b/>
          <w:bCs/>
          <w:sz w:val="24"/>
          <w:szCs w:val="24"/>
        </w:rPr>
        <w:t>À CORREGEDORIA DO CREMEB</w:t>
      </w:r>
    </w:p>
    <w:p w14:paraId="5BF2F8EB" w14:textId="56CD5CD0" w:rsidR="00796CCD" w:rsidRDefault="00796CCD" w:rsidP="00B1596F">
      <w:pPr>
        <w:spacing w:after="0" w:line="312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3525F9">
        <w:rPr>
          <w:rFonts w:asciiTheme="majorHAnsi" w:hAnsiTheme="majorHAnsi" w:cstheme="majorHAnsi"/>
          <w:sz w:val="24"/>
          <w:szCs w:val="24"/>
          <w:highlight w:val="yellow"/>
        </w:rPr>
        <w:t>(</w:t>
      </w:r>
      <w:r w:rsidR="00AB7519" w:rsidRPr="003525F9">
        <w:rPr>
          <w:rFonts w:asciiTheme="majorHAnsi" w:hAnsiTheme="majorHAnsi" w:cstheme="majorHAnsi"/>
          <w:sz w:val="24"/>
          <w:szCs w:val="24"/>
          <w:highlight w:val="yellow"/>
        </w:rPr>
        <w:t xml:space="preserve">quando tratar-se de denúncias envolvendo </w:t>
      </w:r>
      <w:r w:rsidR="00AB7519" w:rsidRPr="003525F9">
        <w:rPr>
          <w:rFonts w:asciiTheme="majorHAnsi" w:hAnsiTheme="majorHAnsi" w:cstheme="majorHAnsi"/>
          <w:b/>
          <w:bCs/>
          <w:sz w:val="24"/>
          <w:szCs w:val="24"/>
          <w:highlight w:val="yellow"/>
        </w:rPr>
        <w:t>ética médica</w:t>
      </w:r>
      <w:r w:rsidR="00AB7519" w:rsidRPr="003525F9">
        <w:rPr>
          <w:rFonts w:asciiTheme="majorHAnsi" w:hAnsiTheme="majorHAnsi" w:cstheme="majorHAnsi"/>
          <w:sz w:val="24"/>
          <w:szCs w:val="24"/>
          <w:highlight w:val="yellow"/>
        </w:rPr>
        <w:t>)</w:t>
      </w:r>
    </w:p>
    <w:p w14:paraId="1344404B" w14:textId="77777777" w:rsidR="00796CCD" w:rsidRDefault="00796CCD" w:rsidP="00B1596F">
      <w:pPr>
        <w:spacing w:after="0" w:line="312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C632675" w14:textId="77777777" w:rsidR="00796CCD" w:rsidRPr="005D4ED8" w:rsidRDefault="00796CCD" w:rsidP="00172A64">
      <w:p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O</w:t>
      </w:r>
      <w:r>
        <w:rPr>
          <w:rFonts w:asciiTheme="majorHAnsi" w:hAnsiTheme="majorHAnsi" w:cstheme="majorHAnsi"/>
          <w:sz w:val="24"/>
          <w:szCs w:val="24"/>
        </w:rPr>
        <w:t xml:space="preserve">fício </w:t>
      </w:r>
      <w:r w:rsidRPr="005D4ED8">
        <w:rPr>
          <w:rFonts w:asciiTheme="majorHAnsi" w:hAnsiTheme="majorHAnsi" w:cstheme="majorHAnsi"/>
          <w:sz w:val="24"/>
          <w:szCs w:val="24"/>
        </w:rPr>
        <w:t>Nº _____/_____</w:t>
      </w:r>
    </w:p>
    <w:p w14:paraId="207BB1F6" w14:textId="77777777" w:rsidR="0057576E" w:rsidRPr="005D4ED8" w:rsidRDefault="0057576E" w:rsidP="00172A64">
      <w:pPr>
        <w:spacing w:after="0" w:line="288" w:lineRule="auto"/>
        <w:jc w:val="righ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Salvador, _____ de _______ </w:t>
      </w:r>
      <w:proofErr w:type="spellStart"/>
      <w:r>
        <w:rPr>
          <w:rFonts w:asciiTheme="majorHAnsi" w:hAnsiTheme="majorHAnsi" w:cstheme="majorHAnsi"/>
          <w:sz w:val="24"/>
          <w:szCs w:val="24"/>
        </w:rPr>
        <w:t>de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20____</w:t>
      </w:r>
    </w:p>
    <w:p w14:paraId="7A320BAD" w14:textId="77777777" w:rsidR="00B1596F" w:rsidRDefault="00B1596F" w:rsidP="00172A64">
      <w:p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12D1CB70" w14:textId="0D77E0CC" w:rsidR="00796CCD" w:rsidRDefault="00796CCD" w:rsidP="00172A64">
      <w:p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 xml:space="preserve">Ilmo. Sr. </w:t>
      </w:r>
    </w:p>
    <w:p w14:paraId="15764342" w14:textId="7A2B660D" w:rsidR="00796CCD" w:rsidRPr="000E249B" w:rsidRDefault="00796CCD" w:rsidP="00172A64">
      <w:pPr>
        <w:spacing w:after="0" w:line="288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0E249B">
        <w:rPr>
          <w:rFonts w:asciiTheme="majorHAnsi" w:hAnsiTheme="majorHAnsi" w:cstheme="majorHAnsi"/>
          <w:b/>
          <w:bCs/>
          <w:sz w:val="24"/>
          <w:szCs w:val="24"/>
        </w:rPr>
        <w:t xml:space="preserve">Cons. </w:t>
      </w:r>
      <w:r w:rsidR="00AB7519" w:rsidRPr="000E249B">
        <w:rPr>
          <w:rFonts w:asciiTheme="majorHAnsi" w:hAnsiTheme="majorHAnsi" w:cstheme="majorHAnsi"/>
          <w:b/>
          <w:bCs/>
          <w:sz w:val="24"/>
          <w:szCs w:val="24"/>
        </w:rPr>
        <w:t>Emerentino Elton Araujo</w:t>
      </w:r>
    </w:p>
    <w:p w14:paraId="74FEFDF6" w14:textId="39F307A4" w:rsidR="00796CCD" w:rsidRDefault="00AB7519" w:rsidP="00172A64">
      <w:p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Corregedor do Cremeb</w:t>
      </w:r>
    </w:p>
    <w:p w14:paraId="3F850965" w14:textId="77777777" w:rsidR="00796CCD" w:rsidRPr="005D4ED8" w:rsidRDefault="00796CCD" w:rsidP="00172A64">
      <w:p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2B423BD9" w14:textId="77777777" w:rsidR="000E249B" w:rsidRDefault="000E249B" w:rsidP="00172A64">
      <w:p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6DC63DC8" w14:textId="2784C339" w:rsidR="00796CCD" w:rsidRPr="005D4ED8" w:rsidRDefault="00796CCD" w:rsidP="00172A64">
      <w:p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Assunto: _______________________________________</w:t>
      </w:r>
    </w:p>
    <w:p w14:paraId="693D168B" w14:textId="77777777" w:rsidR="00796CCD" w:rsidRPr="005D4ED8" w:rsidRDefault="00796CCD" w:rsidP="00172A64">
      <w:p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7C1BA8D1" w14:textId="77777777" w:rsidR="002A5BE4" w:rsidRDefault="002A5BE4" w:rsidP="00172A64">
      <w:p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1559515C" w14:textId="77777777" w:rsidR="000E249B" w:rsidRDefault="000E249B" w:rsidP="00172A64">
      <w:p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6F699AEB" w14:textId="0E26A885" w:rsidR="000722BE" w:rsidRPr="000722BE" w:rsidRDefault="000722BE" w:rsidP="00172A64">
      <w:p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0722BE">
        <w:rPr>
          <w:rFonts w:asciiTheme="majorHAnsi" w:hAnsiTheme="majorHAnsi" w:cstheme="majorHAnsi"/>
          <w:sz w:val="24"/>
          <w:szCs w:val="24"/>
        </w:rPr>
        <w:t>Senhor Corregedor,</w:t>
      </w:r>
    </w:p>
    <w:p w14:paraId="575A81CA" w14:textId="77777777" w:rsidR="000722BE" w:rsidRPr="000722BE" w:rsidRDefault="000722BE" w:rsidP="00172A64">
      <w:p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1692048" w14:textId="5E8688D3" w:rsidR="000722BE" w:rsidRDefault="00D246AA" w:rsidP="00172A64">
      <w:p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A Comissão de Ética Médica do(a) ______________________</w:t>
      </w:r>
      <w:r>
        <w:rPr>
          <w:rFonts w:asciiTheme="majorHAnsi" w:hAnsiTheme="majorHAnsi" w:cstheme="majorHAnsi"/>
          <w:sz w:val="24"/>
          <w:szCs w:val="24"/>
        </w:rPr>
        <w:t xml:space="preserve"> (unidade de saúde) </w:t>
      </w:r>
      <w:r w:rsidR="000722BE" w:rsidRPr="000722BE">
        <w:rPr>
          <w:rFonts w:asciiTheme="majorHAnsi" w:hAnsiTheme="majorHAnsi" w:cstheme="majorHAnsi"/>
          <w:sz w:val="24"/>
          <w:szCs w:val="24"/>
        </w:rPr>
        <w:t>_______________________</w:t>
      </w:r>
      <w:r>
        <w:rPr>
          <w:rFonts w:asciiTheme="majorHAnsi" w:hAnsiTheme="majorHAnsi" w:cstheme="majorHAnsi"/>
          <w:sz w:val="24"/>
          <w:szCs w:val="24"/>
        </w:rPr>
        <w:t>_____</w:t>
      </w:r>
      <w:r w:rsidR="000722BE" w:rsidRPr="000722BE">
        <w:rPr>
          <w:rFonts w:asciiTheme="majorHAnsi" w:hAnsiTheme="majorHAnsi" w:cstheme="majorHAnsi"/>
          <w:sz w:val="24"/>
          <w:szCs w:val="24"/>
        </w:rPr>
        <w:t>__________ (descrever sucintamente os fatos ocorridos).</w:t>
      </w:r>
    </w:p>
    <w:p w14:paraId="05C5B278" w14:textId="77777777" w:rsidR="000722BE" w:rsidRPr="000722BE" w:rsidRDefault="000722BE" w:rsidP="00172A64">
      <w:p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54902019" w14:textId="7BDF242F" w:rsidR="002A5BE4" w:rsidRPr="002A5BE4" w:rsidRDefault="002A5BE4" w:rsidP="00172A64">
      <w:p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2A5BE4">
        <w:rPr>
          <w:rFonts w:asciiTheme="majorHAnsi" w:hAnsiTheme="majorHAnsi" w:cstheme="majorHAnsi"/>
          <w:sz w:val="24"/>
          <w:szCs w:val="24"/>
        </w:rPr>
        <w:t>Dessa forma, encaminhamos, em anexo, a documentação abaixo relacionada, para análise e adoção das providências cabíveis por es</w:t>
      </w:r>
      <w:r w:rsidR="006265AC">
        <w:rPr>
          <w:rFonts w:asciiTheme="majorHAnsi" w:hAnsiTheme="majorHAnsi" w:cstheme="majorHAnsi"/>
          <w:sz w:val="24"/>
          <w:szCs w:val="24"/>
        </w:rPr>
        <w:t>s</w:t>
      </w:r>
      <w:r w:rsidRPr="002A5BE4">
        <w:rPr>
          <w:rFonts w:asciiTheme="majorHAnsi" w:hAnsiTheme="majorHAnsi" w:cstheme="majorHAnsi"/>
          <w:sz w:val="24"/>
          <w:szCs w:val="24"/>
        </w:rPr>
        <w:t xml:space="preserve">e Conselho Regional de Medicina, uma vez que as medidas necessárias </w:t>
      </w:r>
      <w:r w:rsidRPr="002A5BE4">
        <w:rPr>
          <w:rFonts w:asciiTheme="majorHAnsi" w:hAnsiTheme="majorHAnsi" w:cstheme="majorHAnsi"/>
          <w:b/>
          <w:bCs/>
          <w:sz w:val="24"/>
          <w:szCs w:val="24"/>
        </w:rPr>
        <w:t>já não competem a esta Comissão de Ética Médica</w:t>
      </w:r>
      <w:r w:rsidRPr="002A5BE4">
        <w:rPr>
          <w:rFonts w:asciiTheme="majorHAnsi" w:hAnsiTheme="majorHAnsi" w:cstheme="majorHAnsi"/>
          <w:sz w:val="24"/>
          <w:szCs w:val="24"/>
        </w:rPr>
        <w:t>:</w:t>
      </w:r>
    </w:p>
    <w:p w14:paraId="382C3613" w14:textId="77777777" w:rsidR="002A5BE4" w:rsidRPr="002A5BE4" w:rsidRDefault="002A5BE4" w:rsidP="00172A64">
      <w:pPr>
        <w:numPr>
          <w:ilvl w:val="0"/>
          <w:numId w:val="17"/>
        </w:num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2A5BE4">
        <w:rPr>
          <w:rFonts w:asciiTheme="majorHAnsi" w:hAnsiTheme="majorHAnsi" w:cstheme="majorHAnsi"/>
          <w:sz w:val="24"/>
          <w:szCs w:val="24"/>
        </w:rPr>
        <w:t>Denúncia inicial / relato dos fatos;</w:t>
      </w:r>
    </w:p>
    <w:p w14:paraId="13234C53" w14:textId="511CD3FD" w:rsidR="002A5BE4" w:rsidRPr="002A5BE4" w:rsidRDefault="002A5BE4" w:rsidP="00172A64">
      <w:pPr>
        <w:numPr>
          <w:ilvl w:val="0"/>
          <w:numId w:val="17"/>
        </w:num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2A5BE4">
        <w:rPr>
          <w:rFonts w:asciiTheme="majorHAnsi" w:hAnsiTheme="majorHAnsi" w:cstheme="majorHAnsi"/>
          <w:sz w:val="24"/>
          <w:szCs w:val="24"/>
        </w:rPr>
        <w:t>Relato(s) do(s) envolvido(s)</w:t>
      </w:r>
      <w:r w:rsidR="00F40978">
        <w:rPr>
          <w:rFonts w:asciiTheme="majorHAnsi" w:hAnsiTheme="majorHAnsi" w:cstheme="majorHAnsi"/>
          <w:sz w:val="24"/>
          <w:szCs w:val="24"/>
        </w:rPr>
        <w:t xml:space="preserve"> </w:t>
      </w:r>
      <w:r w:rsidR="00F40978" w:rsidRPr="002A5BE4">
        <w:rPr>
          <w:rFonts w:asciiTheme="majorHAnsi" w:hAnsiTheme="majorHAnsi" w:cstheme="majorHAnsi"/>
          <w:sz w:val="24"/>
          <w:szCs w:val="24"/>
        </w:rPr>
        <w:t>(se houver);</w:t>
      </w:r>
    </w:p>
    <w:p w14:paraId="4C33C253" w14:textId="77777777" w:rsidR="002A5BE4" w:rsidRPr="002A5BE4" w:rsidRDefault="002A5BE4" w:rsidP="00172A64">
      <w:pPr>
        <w:numPr>
          <w:ilvl w:val="0"/>
          <w:numId w:val="17"/>
        </w:num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2A5BE4">
        <w:rPr>
          <w:rFonts w:asciiTheme="majorHAnsi" w:hAnsiTheme="majorHAnsi" w:cstheme="majorHAnsi"/>
          <w:sz w:val="24"/>
          <w:szCs w:val="24"/>
        </w:rPr>
        <w:t>Prontuário médico (se houver);</w:t>
      </w:r>
    </w:p>
    <w:p w14:paraId="78B2D080" w14:textId="61A033D3" w:rsidR="002A5BE4" w:rsidRPr="002A5BE4" w:rsidRDefault="002A5BE4" w:rsidP="00172A64">
      <w:pPr>
        <w:numPr>
          <w:ilvl w:val="0"/>
          <w:numId w:val="17"/>
        </w:numPr>
        <w:spacing w:after="0" w:line="288" w:lineRule="auto"/>
        <w:rPr>
          <w:rFonts w:asciiTheme="majorHAnsi" w:hAnsiTheme="majorHAnsi" w:cstheme="majorHAnsi"/>
          <w:sz w:val="24"/>
          <w:szCs w:val="24"/>
        </w:rPr>
      </w:pPr>
      <w:r w:rsidRPr="002A5BE4">
        <w:rPr>
          <w:rFonts w:asciiTheme="majorHAnsi" w:hAnsiTheme="majorHAnsi" w:cstheme="majorHAnsi"/>
          <w:sz w:val="24"/>
          <w:szCs w:val="24"/>
        </w:rPr>
        <w:t>Ata(s) da(s) reunião(</w:t>
      </w:r>
      <w:proofErr w:type="spellStart"/>
      <w:r w:rsidRPr="002A5BE4">
        <w:rPr>
          <w:rFonts w:asciiTheme="majorHAnsi" w:hAnsiTheme="majorHAnsi" w:cstheme="majorHAnsi"/>
          <w:sz w:val="24"/>
          <w:szCs w:val="24"/>
        </w:rPr>
        <w:t>ões</w:t>
      </w:r>
      <w:proofErr w:type="spellEnd"/>
      <w:r w:rsidRPr="002A5BE4">
        <w:rPr>
          <w:rFonts w:asciiTheme="majorHAnsi" w:hAnsiTheme="majorHAnsi" w:cstheme="majorHAnsi"/>
          <w:sz w:val="24"/>
          <w:szCs w:val="24"/>
        </w:rPr>
        <w:t>) da Comissão de Ética Médica</w:t>
      </w:r>
      <w:r w:rsidR="00CA60D1">
        <w:rPr>
          <w:rFonts w:asciiTheme="majorHAnsi" w:hAnsiTheme="majorHAnsi" w:cstheme="majorHAnsi"/>
          <w:sz w:val="24"/>
          <w:szCs w:val="24"/>
        </w:rPr>
        <w:t xml:space="preserve"> com a decisão do encaminhamento</w:t>
      </w:r>
      <w:r w:rsidRPr="002A5BE4">
        <w:rPr>
          <w:rFonts w:asciiTheme="majorHAnsi" w:hAnsiTheme="majorHAnsi" w:cstheme="majorHAnsi"/>
          <w:sz w:val="24"/>
          <w:szCs w:val="24"/>
        </w:rPr>
        <w:t>.</w:t>
      </w:r>
      <w:r w:rsidR="00CA60D1">
        <w:rPr>
          <w:rFonts w:asciiTheme="majorHAnsi" w:hAnsiTheme="majorHAnsi" w:cstheme="majorHAnsi"/>
          <w:sz w:val="24"/>
          <w:szCs w:val="24"/>
        </w:rPr>
        <w:t xml:space="preserve"> </w:t>
      </w:r>
      <w:r w:rsidR="00CA60D1" w:rsidRPr="002A5BE4">
        <w:rPr>
          <w:rFonts w:asciiTheme="majorHAnsi" w:hAnsiTheme="majorHAnsi" w:cstheme="majorHAnsi"/>
          <w:sz w:val="24"/>
          <w:szCs w:val="24"/>
        </w:rPr>
        <w:t>(se houver)</w:t>
      </w:r>
    </w:p>
    <w:p w14:paraId="38B86427" w14:textId="77777777" w:rsidR="007B51A5" w:rsidRPr="005D4ED8" w:rsidRDefault="007B51A5" w:rsidP="00172A64">
      <w:p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6C5CBF68" w14:textId="77777777" w:rsidR="00796CCD" w:rsidRPr="005D4ED8" w:rsidRDefault="00796CCD" w:rsidP="00172A64">
      <w:p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Atenciosamente,</w:t>
      </w:r>
    </w:p>
    <w:p w14:paraId="3C3AF551" w14:textId="77777777" w:rsidR="00B1596F" w:rsidRDefault="00B1596F" w:rsidP="00172A64">
      <w:pPr>
        <w:spacing w:after="0" w:line="288" w:lineRule="auto"/>
        <w:jc w:val="center"/>
        <w:rPr>
          <w:rFonts w:asciiTheme="majorHAnsi" w:hAnsiTheme="majorHAnsi" w:cstheme="majorHAnsi"/>
          <w:sz w:val="24"/>
          <w:szCs w:val="24"/>
        </w:rPr>
      </w:pPr>
    </w:p>
    <w:p w14:paraId="3CBF2463" w14:textId="2143AC6F" w:rsidR="00796CCD" w:rsidRPr="005D4ED8" w:rsidRDefault="00796CCD" w:rsidP="00172A64">
      <w:pPr>
        <w:spacing w:after="0" w:line="288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_________________________________</w:t>
      </w:r>
    </w:p>
    <w:p w14:paraId="48BD8573" w14:textId="77777777" w:rsidR="003525F9" w:rsidRDefault="00796CCD" w:rsidP="00172A64">
      <w:pPr>
        <w:spacing w:after="0" w:line="288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Presidente da CEM</w:t>
      </w:r>
    </w:p>
    <w:p w14:paraId="3FD949A8" w14:textId="20A3D8B6" w:rsidR="003525F9" w:rsidRPr="005D4ED8" w:rsidRDefault="003525F9" w:rsidP="003525F9">
      <w:pPr>
        <w:spacing w:after="0" w:line="36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863323">
        <w:rPr>
          <w:rFonts w:asciiTheme="majorHAnsi" w:hAnsiTheme="majorHAnsi" w:cstheme="majorHAnsi"/>
          <w:sz w:val="20"/>
          <w:szCs w:val="20"/>
          <w:highlight w:val="yellow"/>
        </w:rPr>
        <w:t>(assinatura manua</w:t>
      </w:r>
      <w:r>
        <w:rPr>
          <w:rFonts w:asciiTheme="majorHAnsi" w:hAnsiTheme="majorHAnsi" w:cstheme="majorHAnsi"/>
          <w:sz w:val="20"/>
          <w:szCs w:val="20"/>
          <w:highlight w:val="yellow"/>
        </w:rPr>
        <w:t>l</w:t>
      </w:r>
      <w:r w:rsidRPr="00863323">
        <w:rPr>
          <w:rFonts w:asciiTheme="majorHAnsi" w:hAnsiTheme="majorHAnsi" w:cstheme="majorHAnsi"/>
          <w:sz w:val="20"/>
          <w:szCs w:val="20"/>
          <w:highlight w:val="yellow"/>
        </w:rPr>
        <w:t>, acompanhada de carimbo, ou assinatura eletrônica)</w:t>
      </w:r>
    </w:p>
    <w:p w14:paraId="0BE3C12F" w14:textId="0DEB8D99" w:rsidR="00796CCD" w:rsidRDefault="00796CCD" w:rsidP="003525F9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0A06149A" w14:textId="77777777" w:rsidR="00BD4AC9" w:rsidRDefault="00BD4AC9" w:rsidP="00BD4AC9">
      <w:pPr>
        <w:rPr>
          <w:rFonts w:asciiTheme="majorHAnsi" w:hAnsiTheme="majorHAnsi" w:cstheme="majorHAnsi"/>
          <w:sz w:val="24"/>
          <w:szCs w:val="24"/>
        </w:rPr>
      </w:pPr>
    </w:p>
    <w:p w14:paraId="4A64964A" w14:textId="167B0F49" w:rsidR="00BD4AC9" w:rsidRPr="00BD4AC9" w:rsidRDefault="00BD4AC9" w:rsidP="00BD4AC9">
      <w:pPr>
        <w:rPr>
          <w:rFonts w:asciiTheme="majorHAnsi" w:hAnsiTheme="majorHAnsi" w:cstheme="majorHAnsi"/>
          <w:sz w:val="24"/>
          <w:szCs w:val="24"/>
        </w:rPr>
      </w:pPr>
      <w:r w:rsidRPr="002D71A7">
        <w:rPr>
          <w:rFonts w:asciiTheme="majorHAnsi" w:hAnsiTheme="majorHAnsi" w:cstheme="majorHAnsi"/>
          <w:color w:val="EE0000"/>
        </w:rPr>
        <w:t>*Os documentos devem ser elaborados, preferencialmente, em papel timbrado ou no padrão institucional da unidade de saúde.</w:t>
      </w:r>
    </w:p>
    <w:p w14:paraId="0C3BEC8B" w14:textId="2F2A4F9D" w:rsidR="003B76D7" w:rsidRDefault="003B76D7" w:rsidP="003B76D7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C2074D">
        <w:rPr>
          <w:rFonts w:asciiTheme="majorHAnsi" w:hAnsiTheme="majorHAnsi" w:cstheme="majorHAnsi"/>
          <w:b/>
          <w:bCs/>
          <w:sz w:val="24"/>
          <w:szCs w:val="24"/>
        </w:rPr>
        <w:lastRenderedPageBreak/>
        <w:t xml:space="preserve">OFÍCIO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AO DEPMED (DEPARTAMENTO DE </w:t>
      </w:r>
      <w:r w:rsidR="00BD4AC9">
        <w:rPr>
          <w:rFonts w:asciiTheme="majorHAnsi" w:hAnsiTheme="majorHAnsi" w:cstheme="majorHAnsi"/>
          <w:b/>
          <w:bCs/>
          <w:sz w:val="24"/>
          <w:szCs w:val="24"/>
        </w:rPr>
        <w:t xml:space="preserve">DEFESA DAS </w:t>
      </w:r>
      <w:r>
        <w:rPr>
          <w:rFonts w:asciiTheme="majorHAnsi" w:hAnsiTheme="majorHAnsi" w:cstheme="majorHAnsi"/>
          <w:b/>
          <w:bCs/>
          <w:sz w:val="24"/>
          <w:szCs w:val="24"/>
        </w:rPr>
        <w:t>PRERROGATIVAS DOS MÉDICOS)</w:t>
      </w:r>
    </w:p>
    <w:p w14:paraId="71EE54FA" w14:textId="59A6E3C7" w:rsidR="003B76D7" w:rsidRDefault="003B76D7" w:rsidP="003B76D7">
      <w:pPr>
        <w:spacing w:after="0" w:line="36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172A64">
        <w:rPr>
          <w:rFonts w:asciiTheme="majorHAnsi" w:hAnsiTheme="majorHAnsi" w:cstheme="majorHAnsi"/>
          <w:sz w:val="24"/>
          <w:szCs w:val="24"/>
          <w:highlight w:val="yellow"/>
        </w:rPr>
        <w:t xml:space="preserve">(quando tratar-se de denúncias envolvendo </w:t>
      </w:r>
      <w:r w:rsidRPr="00172A64">
        <w:rPr>
          <w:rFonts w:asciiTheme="majorHAnsi" w:hAnsiTheme="majorHAnsi" w:cstheme="majorHAnsi"/>
          <w:b/>
          <w:bCs/>
          <w:sz w:val="24"/>
          <w:szCs w:val="24"/>
          <w:highlight w:val="yellow"/>
        </w:rPr>
        <w:t>direito do médico</w:t>
      </w:r>
      <w:r w:rsidRPr="00172A64">
        <w:rPr>
          <w:rFonts w:asciiTheme="majorHAnsi" w:hAnsiTheme="majorHAnsi" w:cstheme="majorHAnsi"/>
          <w:sz w:val="24"/>
          <w:szCs w:val="24"/>
          <w:highlight w:val="yellow"/>
        </w:rPr>
        <w:t>)</w:t>
      </w:r>
    </w:p>
    <w:p w14:paraId="5F3EFBC5" w14:textId="77777777" w:rsidR="003B76D7" w:rsidRDefault="003B76D7" w:rsidP="003B76D7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0E4DA5A3" w14:textId="77777777" w:rsidR="003B76D7" w:rsidRPr="005D4ED8" w:rsidRDefault="003B76D7" w:rsidP="00172A64">
      <w:p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O</w:t>
      </w:r>
      <w:r>
        <w:rPr>
          <w:rFonts w:asciiTheme="majorHAnsi" w:hAnsiTheme="majorHAnsi" w:cstheme="majorHAnsi"/>
          <w:sz w:val="24"/>
          <w:szCs w:val="24"/>
        </w:rPr>
        <w:t xml:space="preserve">fício </w:t>
      </w:r>
      <w:r w:rsidRPr="005D4ED8">
        <w:rPr>
          <w:rFonts w:asciiTheme="majorHAnsi" w:hAnsiTheme="majorHAnsi" w:cstheme="majorHAnsi"/>
          <w:sz w:val="24"/>
          <w:szCs w:val="24"/>
        </w:rPr>
        <w:t>Nº _____/_____</w:t>
      </w:r>
    </w:p>
    <w:p w14:paraId="3CE1F9D8" w14:textId="77777777" w:rsidR="00B1596F" w:rsidRPr="005D4ED8" w:rsidRDefault="00B1596F" w:rsidP="00172A64">
      <w:pPr>
        <w:spacing w:after="0" w:line="288" w:lineRule="auto"/>
        <w:jc w:val="righ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Salvador, _____ de _______ </w:t>
      </w:r>
      <w:proofErr w:type="spellStart"/>
      <w:r>
        <w:rPr>
          <w:rFonts w:asciiTheme="majorHAnsi" w:hAnsiTheme="majorHAnsi" w:cstheme="majorHAnsi"/>
          <w:sz w:val="24"/>
          <w:szCs w:val="24"/>
        </w:rPr>
        <w:t>de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20____</w:t>
      </w:r>
    </w:p>
    <w:p w14:paraId="53D8155C" w14:textId="77777777" w:rsidR="003B76D7" w:rsidRPr="005D4ED8" w:rsidRDefault="003B76D7" w:rsidP="00172A64">
      <w:p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23B85EA3" w14:textId="35D2C213" w:rsidR="003B76D7" w:rsidRDefault="003B76D7" w:rsidP="00172A64">
      <w:p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Ilm</w:t>
      </w:r>
      <w:r w:rsidR="00BD4AC9">
        <w:rPr>
          <w:rFonts w:asciiTheme="majorHAnsi" w:hAnsiTheme="majorHAnsi" w:cstheme="majorHAnsi"/>
          <w:sz w:val="24"/>
          <w:szCs w:val="24"/>
        </w:rPr>
        <w:t>o</w:t>
      </w:r>
      <w:r w:rsidRPr="005D4ED8">
        <w:rPr>
          <w:rFonts w:asciiTheme="majorHAnsi" w:hAnsiTheme="majorHAnsi" w:cstheme="majorHAnsi"/>
          <w:sz w:val="24"/>
          <w:szCs w:val="24"/>
        </w:rPr>
        <w:t xml:space="preserve">. Sr. </w:t>
      </w:r>
    </w:p>
    <w:p w14:paraId="7313627C" w14:textId="015F1236" w:rsidR="003B76D7" w:rsidRPr="006265AC" w:rsidRDefault="003B76D7" w:rsidP="00172A64">
      <w:pPr>
        <w:spacing w:after="0" w:line="288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6265AC">
        <w:rPr>
          <w:rFonts w:asciiTheme="majorHAnsi" w:hAnsiTheme="majorHAnsi" w:cstheme="majorHAnsi"/>
          <w:b/>
          <w:bCs/>
          <w:sz w:val="24"/>
          <w:szCs w:val="24"/>
        </w:rPr>
        <w:t xml:space="preserve">Cons. </w:t>
      </w:r>
      <w:r w:rsidR="00BD4AC9">
        <w:rPr>
          <w:rFonts w:asciiTheme="majorHAnsi" w:hAnsiTheme="majorHAnsi" w:cstheme="majorHAnsi"/>
          <w:b/>
          <w:bCs/>
          <w:sz w:val="24"/>
          <w:szCs w:val="24"/>
        </w:rPr>
        <w:t>José Abelardo Garcia de Meneses</w:t>
      </w:r>
    </w:p>
    <w:p w14:paraId="6B9CCD45" w14:textId="374A3F71" w:rsidR="00385D9B" w:rsidRDefault="003B76D7" w:rsidP="00172A64">
      <w:p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Coordenador </w:t>
      </w:r>
      <w:r w:rsidR="00385D9B">
        <w:rPr>
          <w:rFonts w:asciiTheme="majorHAnsi" w:hAnsiTheme="majorHAnsi" w:cstheme="majorHAnsi"/>
          <w:sz w:val="24"/>
          <w:szCs w:val="24"/>
        </w:rPr>
        <w:t>do DEPMED</w:t>
      </w:r>
    </w:p>
    <w:p w14:paraId="6E42305B" w14:textId="77777777" w:rsidR="003B76D7" w:rsidRPr="005D4ED8" w:rsidRDefault="003B76D7" w:rsidP="00172A64">
      <w:p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7C460027" w14:textId="77777777" w:rsidR="003B76D7" w:rsidRPr="005D4ED8" w:rsidRDefault="003B76D7" w:rsidP="00172A64">
      <w:p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Assunto: _______________________________________</w:t>
      </w:r>
    </w:p>
    <w:p w14:paraId="2480C3FE" w14:textId="77777777" w:rsidR="003B76D7" w:rsidRPr="005D4ED8" w:rsidRDefault="003B76D7" w:rsidP="00172A64">
      <w:p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7AEBA96F" w14:textId="77777777" w:rsidR="003B76D7" w:rsidRDefault="003B76D7" w:rsidP="00172A64">
      <w:p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598FE820" w14:textId="77777777" w:rsidR="000E249B" w:rsidRDefault="000E249B" w:rsidP="00172A64">
      <w:p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71662F79" w14:textId="098F73ED" w:rsidR="003D784D" w:rsidRPr="006265AC" w:rsidRDefault="003D784D" w:rsidP="00172A64">
      <w:p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D784D">
        <w:rPr>
          <w:rFonts w:asciiTheme="majorHAnsi" w:hAnsiTheme="majorHAnsi" w:cstheme="majorHAnsi"/>
          <w:sz w:val="24"/>
          <w:szCs w:val="24"/>
        </w:rPr>
        <w:t>Senhor Coordenador,</w:t>
      </w:r>
    </w:p>
    <w:p w14:paraId="174B97F0" w14:textId="77777777" w:rsidR="003D784D" w:rsidRPr="003D784D" w:rsidRDefault="003D784D" w:rsidP="00172A64">
      <w:p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773AD88C" w14:textId="72CFDCA6" w:rsidR="003D784D" w:rsidRDefault="00202DF4" w:rsidP="00172A64">
      <w:p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A Comissão de Ética Médica do(a) ______________________</w:t>
      </w:r>
      <w:r>
        <w:rPr>
          <w:rFonts w:asciiTheme="majorHAnsi" w:hAnsiTheme="majorHAnsi" w:cstheme="majorHAnsi"/>
          <w:sz w:val="24"/>
          <w:szCs w:val="24"/>
        </w:rPr>
        <w:t xml:space="preserve"> (unidade de saúde) </w:t>
      </w:r>
      <w:r w:rsidRPr="000722BE">
        <w:rPr>
          <w:rFonts w:asciiTheme="majorHAnsi" w:hAnsiTheme="majorHAnsi" w:cstheme="majorHAnsi"/>
          <w:sz w:val="24"/>
          <w:szCs w:val="24"/>
        </w:rPr>
        <w:t>_______________________</w:t>
      </w:r>
      <w:r>
        <w:rPr>
          <w:rFonts w:asciiTheme="majorHAnsi" w:hAnsiTheme="majorHAnsi" w:cstheme="majorHAnsi"/>
          <w:sz w:val="24"/>
          <w:szCs w:val="24"/>
        </w:rPr>
        <w:t>_____</w:t>
      </w:r>
      <w:r w:rsidRPr="000722BE">
        <w:rPr>
          <w:rFonts w:asciiTheme="majorHAnsi" w:hAnsiTheme="majorHAnsi" w:cstheme="majorHAnsi"/>
          <w:sz w:val="24"/>
          <w:szCs w:val="24"/>
        </w:rPr>
        <w:t>__________ (descrever sucintamente os fatos ocorridos).</w:t>
      </w:r>
    </w:p>
    <w:p w14:paraId="520813E9" w14:textId="77777777" w:rsidR="00202DF4" w:rsidRPr="003D784D" w:rsidRDefault="00202DF4" w:rsidP="00172A64">
      <w:p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1E03472A" w14:textId="77777777" w:rsidR="003D784D" w:rsidRPr="006265AC" w:rsidRDefault="003D784D" w:rsidP="00172A64">
      <w:p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D784D">
        <w:rPr>
          <w:rFonts w:asciiTheme="majorHAnsi" w:hAnsiTheme="majorHAnsi" w:cstheme="majorHAnsi"/>
          <w:sz w:val="24"/>
          <w:szCs w:val="24"/>
        </w:rPr>
        <w:t>Dessa forma, encaminhamos o presente caso para análise e adoção das providências cabíveis por esse Departamento, uma vez que as medidas necessárias já não competem a esta Comissão de Ética Médica.</w:t>
      </w:r>
    </w:p>
    <w:p w14:paraId="36FC0E14" w14:textId="77777777" w:rsidR="003D784D" w:rsidRPr="003D784D" w:rsidRDefault="003D784D" w:rsidP="00172A64">
      <w:p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7ECDCC21" w14:textId="77777777" w:rsidR="003D784D" w:rsidRPr="003D784D" w:rsidRDefault="003D784D" w:rsidP="00172A64">
      <w:p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D784D">
        <w:rPr>
          <w:rFonts w:asciiTheme="majorHAnsi" w:hAnsiTheme="majorHAnsi" w:cstheme="majorHAnsi"/>
          <w:sz w:val="24"/>
          <w:szCs w:val="24"/>
        </w:rPr>
        <w:t>(Encaminhar a documentação referente ao caso, se houver.)</w:t>
      </w:r>
    </w:p>
    <w:p w14:paraId="449F236F" w14:textId="77777777" w:rsidR="003B76D7" w:rsidRPr="005D4ED8" w:rsidRDefault="003B76D7" w:rsidP="00172A64">
      <w:p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281F2BE6" w14:textId="77777777" w:rsidR="003B76D7" w:rsidRPr="005D4ED8" w:rsidRDefault="003B76D7" w:rsidP="00172A64">
      <w:p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Atenciosamente,</w:t>
      </w:r>
    </w:p>
    <w:p w14:paraId="4EE3D079" w14:textId="77777777" w:rsidR="003B76D7" w:rsidRPr="005D4ED8" w:rsidRDefault="003B76D7" w:rsidP="00172A64">
      <w:pPr>
        <w:spacing w:after="0" w:line="288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_________________________________</w:t>
      </w:r>
    </w:p>
    <w:p w14:paraId="5A34C465" w14:textId="77777777" w:rsidR="00172A64" w:rsidRDefault="003B76D7" w:rsidP="00172A64">
      <w:pPr>
        <w:spacing w:after="0" w:line="288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Presidente da CEM</w:t>
      </w:r>
    </w:p>
    <w:p w14:paraId="085C2F87" w14:textId="1D0F713B" w:rsidR="00863323" w:rsidRPr="005D4ED8" w:rsidRDefault="00F67F45" w:rsidP="00172A64">
      <w:pPr>
        <w:spacing w:after="0" w:line="36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863323">
        <w:rPr>
          <w:rFonts w:asciiTheme="majorHAnsi" w:hAnsiTheme="majorHAnsi" w:cstheme="majorHAnsi"/>
          <w:sz w:val="20"/>
          <w:szCs w:val="20"/>
          <w:highlight w:val="yellow"/>
        </w:rPr>
        <w:t>(assinatura manua</w:t>
      </w:r>
      <w:r>
        <w:rPr>
          <w:rFonts w:asciiTheme="majorHAnsi" w:hAnsiTheme="majorHAnsi" w:cstheme="majorHAnsi"/>
          <w:sz w:val="20"/>
          <w:szCs w:val="20"/>
          <w:highlight w:val="yellow"/>
        </w:rPr>
        <w:t>l</w:t>
      </w:r>
      <w:r w:rsidRPr="00863323">
        <w:rPr>
          <w:rFonts w:asciiTheme="majorHAnsi" w:hAnsiTheme="majorHAnsi" w:cstheme="majorHAnsi"/>
          <w:sz w:val="20"/>
          <w:szCs w:val="20"/>
          <w:highlight w:val="yellow"/>
        </w:rPr>
        <w:t>, acompanhada de carimbo, ou assinatura eletrônica)</w:t>
      </w:r>
    </w:p>
    <w:p w14:paraId="14C19B76" w14:textId="5397FAC6" w:rsidR="003B76D7" w:rsidRDefault="003B76D7" w:rsidP="003B76D7">
      <w:pPr>
        <w:spacing w:after="0" w:line="312" w:lineRule="auto"/>
        <w:jc w:val="center"/>
        <w:rPr>
          <w:rFonts w:asciiTheme="majorHAnsi" w:hAnsiTheme="majorHAnsi" w:cstheme="majorHAnsi"/>
          <w:sz w:val="24"/>
          <w:szCs w:val="24"/>
        </w:rPr>
      </w:pPr>
    </w:p>
    <w:p w14:paraId="5C49E571" w14:textId="77777777" w:rsidR="00796CCD" w:rsidRDefault="00796CCD" w:rsidP="00E90B97">
      <w:pPr>
        <w:spacing w:after="0" w:line="312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6B5B9600" w14:textId="77777777" w:rsidR="000E249B" w:rsidRDefault="000E249B" w:rsidP="000E249B">
      <w:pPr>
        <w:rPr>
          <w:rFonts w:asciiTheme="majorHAnsi" w:hAnsiTheme="majorHAnsi" w:cstheme="majorHAnsi"/>
          <w:sz w:val="24"/>
          <w:szCs w:val="24"/>
        </w:rPr>
      </w:pPr>
    </w:p>
    <w:p w14:paraId="2CE50020" w14:textId="77777777" w:rsidR="000E249B" w:rsidRDefault="000E249B" w:rsidP="000E249B">
      <w:pPr>
        <w:rPr>
          <w:rFonts w:asciiTheme="majorHAnsi" w:hAnsiTheme="majorHAnsi" w:cstheme="majorHAnsi"/>
          <w:sz w:val="24"/>
          <w:szCs w:val="24"/>
        </w:rPr>
      </w:pPr>
    </w:p>
    <w:p w14:paraId="00C900F3" w14:textId="33966D1F" w:rsidR="000E249B" w:rsidRPr="000E249B" w:rsidRDefault="000E249B" w:rsidP="000E249B">
      <w:pPr>
        <w:rPr>
          <w:rFonts w:asciiTheme="majorHAnsi" w:hAnsiTheme="majorHAnsi" w:cstheme="majorHAnsi"/>
          <w:sz w:val="24"/>
          <w:szCs w:val="24"/>
        </w:rPr>
      </w:pPr>
      <w:r w:rsidRPr="002D71A7">
        <w:rPr>
          <w:rFonts w:asciiTheme="majorHAnsi" w:hAnsiTheme="majorHAnsi" w:cstheme="majorHAnsi"/>
          <w:color w:val="EE0000"/>
        </w:rPr>
        <w:t>*Os documentos devem ser elaborados, preferencialmente, em papel timbrado ou no padrão institucional da unidade de saúde.</w:t>
      </w:r>
    </w:p>
    <w:p w14:paraId="3C34B67B" w14:textId="77777777" w:rsidR="00F67F45" w:rsidRDefault="00F67F45" w:rsidP="00A65B0C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12B5A273" w14:textId="77777777" w:rsidR="00F67F45" w:rsidRDefault="00F67F45" w:rsidP="00A65B0C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5DE14E46" w14:textId="77777777" w:rsidR="000E249B" w:rsidRDefault="000E249B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br w:type="page"/>
      </w:r>
    </w:p>
    <w:p w14:paraId="0D8F0488" w14:textId="58A8061F" w:rsidR="00AB3CCF" w:rsidRDefault="005E39BF" w:rsidP="00A65B0C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lastRenderedPageBreak/>
        <w:t>O</w:t>
      </w:r>
      <w:r w:rsidR="006265AC">
        <w:rPr>
          <w:rFonts w:asciiTheme="majorHAnsi" w:hAnsiTheme="majorHAnsi" w:cstheme="majorHAnsi"/>
          <w:b/>
          <w:bCs/>
          <w:sz w:val="24"/>
          <w:szCs w:val="24"/>
        </w:rPr>
        <w:t>FÍCIO</w:t>
      </w:r>
      <w:r w:rsidR="0071440B" w:rsidRPr="005D4ED8">
        <w:rPr>
          <w:rFonts w:asciiTheme="majorHAnsi" w:hAnsiTheme="majorHAnsi" w:cstheme="majorHAnsi"/>
          <w:b/>
          <w:bCs/>
          <w:sz w:val="24"/>
          <w:szCs w:val="24"/>
        </w:rPr>
        <w:t xml:space="preserve"> CIRCULAR</w:t>
      </w:r>
    </w:p>
    <w:p w14:paraId="66FB11C0" w14:textId="1DB19508" w:rsidR="00281A91" w:rsidRPr="00616EDF" w:rsidRDefault="00281A91" w:rsidP="00281A91">
      <w:pPr>
        <w:spacing w:after="0" w:line="312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F67F45">
        <w:rPr>
          <w:rFonts w:asciiTheme="majorHAnsi" w:hAnsiTheme="majorHAnsi" w:cstheme="majorHAnsi"/>
          <w:sz w:val="24"/>
          <w:szCs w:val="24"/>
          <w:highlight w:val="yellow"/>
        </w:rPr>
        <w:t>(para médicos do corpo clínico)</w:t>
      </w:r>
    </w:p>
    <w:p w14:paraId="09C711BE" w14:textId="48E4E889" w:rsidR="00281A91" w:rsidRDefault="00281A91" w:rsidP="00A65B0C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200D7A73" w14:textId="77777777" w:rsidR="00BB5AB2" w:rsidRPr="005D4ED8" w:rsidRDefault="00BB5AB2" w:rsidP="00A65B0C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742B0196" w14:textId="41B78B2E" w:rsidR="00BB5AB2" w:rsidRPr="005D4ED8" w:rsidRDefault="00BB5AB2" w:rsidP="00BB5AB2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CIRC. </w:t>
      </w:r>
      <w:r w:rsidRPr="005D4ED8">
        <w:rPr>
          <w:rFonts w:asciiTheme="majorHAnsi" w:hAnsiTheme="majorHAnsi" w:cstheme="majorHAnsi"/>
          <w:sz w:val="24"/>
          <w:szCs w:val="24"/>
        </w:rPr>
        <w:t>Nº _____/_____</w:t>
      </w:r>
    </w:p>
    <w:p w14:paraId="30E8BD19" w14:textId="621CE233" w:rsidR="00BB5AB2" w:rsidRPr="005D4ED8" w:rsidRDefault="00BB5AB2" w:rsidP="00BB5AB2">
      <w:pPr>
        <w:spacing w:after="0" w:line="360" w:lineRule="auto"/>
        <w:jc w:val="right"/>
        <w:rPr>
          <w:rFonts w:asciiTheme="majorHAnsi" w:hAnsiTheme="majorHAnsi" w:cstheme="majorHAnsi"/>
          <w:sz w:val="24"/>
          <w:szCs w:val="24"/>
        </w:rPr>
      </w:pPr>
    </w:p>
    <w:p w14:paraId="42AD85E3" w14:textId="77777777" w:rsidR="00AB3CCF" w:rsidRDefault="00AB3CCF" w:rsidP="00A65B0C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2D8DEF4B" w14:textId="77777777" w:rsidR="00BB5AB2" w:rsidRPr="005D4ED8" w:rsidRDefault="00BB5AB2" w:rsidP="00A65B0C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1CDAEFE8" w14:textId="3745D363" w:rsidR="00AB3CCF" w:rsidRPr="005D4ED8" w:rsidRDefault="00202DF4" w:rsidP="00A65B0C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A Comissão de Ética Médica do(a) ______________________</w:t>
      </w:r>
      <w:r>
        <w:rPr>
          <w:rFonts w:asciiTheme="majorHAnsi" w:hAnsiTheme="majorHAnsi" w:cstheme="majorHAnsi"/>
          <w:sz w:val="24"/>
          <w:szCs w:val="24"/>
        </w:rPr>
        <w:t xml:space="preserve"> (unidade de saúde) </w:t>
      </w:r>
      <w:r w:rsidR="0071440B" w:rsidRPr="005D4ED8">
        <w:rPr>
          <w:rFonts w:asciiTheme="majorHAnsi" w:hAnsiTheme="majorHAnsi" w:cstheme="majorHAnsi"/>
          <w:sz w:val="24"/>
          <w:szCs w:val="24"/>
        </w:rPr>
        <w:t xml:space="preserve">informa </w:t>
      </w:r>
      <w:proofErr w:type="gramStart"/>
      <w:r w:rsidR="0071440B" w:rsidRPr="005D4ED8">
        <w:rPr>
          <w:rFonts w:asciiTheme="majorHAnsi" w:hAnsiTheme="majorHAnsi" w:cstheme="majorHAnsi"/>
          <w:sz w:val="24"/>
          <w:szCs w:val="24"/>
        </w:rPr>
        <w:t xml:space="preserve">que </w:t>
      </w:r>
      <w:r w:rsidR="004D1CD2" w:rsidRPr="005D4ED8">
        <w:rPr>
          <w:rFonts w:asciiTheme="majorHAnsi" w:hAnsiTheme="majorHAnsi" w:cstheme="majorHAnsi"/>
          <w:sz w:val="24"/>
          <w:szCs w:val="24"/>
        </w:rPr>
        <w:t xml:space="preserve"> </w:t>
      </w:r>
      <w:r w:rsidR="0071440B" w:rsidRPr="005D4ED8">
        <w:rPr>
          <w:rFonts w:asciiTheme="majorHAnsi" w:hAnsiTheme="majorHAnsi" w:cstheme="majorHAnsi"/>
          <w:sz w:val="24"/>
          <w:szCs w:val="24"/>
        </w:rPr>
        <w:t>_</w:t>
      </w:r>
      <w:proofErr w:type="gramEnd"/>
      <w:r w:rsidR="0071440B" w:rsidRPr="005D4ED8">
        <w:rPr>
          <w:rFonts w:asciiTheme="majorHAnsi" w:hAnsiTheme="majorHAnsi" w:cstheme="majorHAnsi"/>
          <w:sz w:val="24"/>
          <w:szCs w:val="24"/>
        </w:rPr>
        <w:t>_______</w:t>
      </w:r>
      <w:r w:rsidR="004D1CD2" w:rsidRPr="005D4ED8">
        <w:rPr>
          <w:rFonts w:asciiTheme="majorHAnsi" w:hAnsiTheme="majorHAnsi" w:cstheme="majorHAnsi"/>
          <w:sz w:val="24"/>
          <w:szCs w:val="24"/>
        </w:rPr>
        <w:t>_________________</w:t>
      </w:r>
      <w:r w:rsidR="0071440B" w:rsidRPr="005D4ED8">
        <w:rPr>
          <w:rFonts w:asciiTheme="majorHAnsi" w:hAnsiTheme="majorHAnsi" w:cstheme="majorHAnsi"/>
          <w:sz w:val="24"/>
          <w:szCs w:val="24"/>
        </w:rPr>
        <w:t>____________________________</w:t>
      </w:r>
      <w:r w:rsidR="004D1CD2" w:rsidRPr="005D4ED8">
        <w:rPr>
          <w:rFonts w:asciiTheme="majorHAnsi" w:hAnsiTheme="majorHAnsi" w:cstheme="majorHAnsi"/>
          <w:sz w:val="24"/>
          <w:szCs w:val="24"/>
        </w:rPr>
        <w:t>________________________</w:t>
      </w:r>
    </w:p>
    <w:p w14:paraId="16325673" w14:textId="77777777" w:rsidR="00AB3CCF" w:rsidRPr="005D4ED8" w:rsidRDefault="00AB3CCF" w:rsidP="00A65B0C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0B96DFA" w14:textId="77777777" w:rsidR="00B60302" w:rsidRPr="005D4ED8" w:rsidRDefault="00B60302" w:rsidP="00A65B0C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2FC83333" w14:textId="091EB00C" w:rsidR="00B60302" w:rsidRDefault="00BB5AB2" w:rsidP="00A65B0C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Salvador, _____ de _______ </w:t>
      </w:r>
      <w:proofErr w:type="spellStart"/>
      <w:r>
        <w:rPr>
          <w:rFonts w:asciiTheme="majorHAnsi" w:hAnsiTheme="majorHAnsi" w:cstheme="majorHAnsi"/>
          <w:sz w:val="24"/>
          <w:szCs w:val="24"/>
        </w:rPr>
        <w:t>de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20____</w:t>
      </w:r>
    </w:p>
    <w:p w14:paraId="38644A21" w14:textId="77777777" w:rsidR="00BB5AB2" w:rsidRDefault="00BB5AB2" w:rsidP="00A65B0C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1AE93DEA" w14:textId="77777777" w:rsidR="00BB5AB2" w:rsidRPr="005D4ED8" w:rsidRDefault="00BB5AB2" w:rsidP="00A65B0C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28290024" w14:textId="77777777" w:rsidR="00AB3CCF" w:rsidRPr="005D4ED8" w:rsidRDefault="0071440B" w:rsidP="00A65B0C">
      <w:pPr>
        <w:spacing w:after="0" w:line="36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_________________________________</w:t>
      </w:r>
    </w:p>
    <w:p w14:paraId="11A8C61E" w14:textId="77777777" w:rsidR="00F67F45" w:rsidRDefault="0071440B" w:rsidP="00F67F45">
      <w:pPr>
        <w:spacing w:after="0" w:line="36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Presidente da CEM</w:t>
      </w:r>
    </w:p>
    <w:p w14:paraId="47F72105" w14:textId="7477B85A" w:rsidR="00AB3CCF" w:rsidRPr="005D4ED8" w:rsidRDefault="00F67F45" w:rsidP="00A65B0C">
      <w:pPr>
        <w:spacing w:after="0" w:line="36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863323">
        <w:rPr>
          <w:rFonts w:asciiTheme="majorHAnsi" w:hAnsiTheme="majorHAnsi" w:cstheme="majorHAnsi"/>
          <w:sz w:val="20"/>
          <w:szCs w:val="20"/>
          <w:highlight w:val="yellow"/>
        </w:rPr>
        <w:t>(assinatura manua</w:t>
      </w:r>
      <w:r>
        <w:rPr>
          <w:rFonts w:asciiTheme="majorHAnsi" w:hAnsiTheme="majorHAnsi" w:cstheme="majorHAnsi"/>
          <w:sz w:val="20"/>
          <w:szCs w:val="20"/>
          <w:highlight w:val="yellow"/>
        </w:rPr>
        <w:t>l</w:t>
      </w:r>
      <w:r w:rsidRPr="00863323">
        <w:rPr>
          <w:rFonts w:asciiTheme="majorHAnsi" w:hAnsiTheme="majorHAnsi" w:cstheme="majorHAnsi"/>
          <w:sz w:val="20"/>
          <w:szCs w:val="20"/>
          <w:highlight w:val="yellow"/>
        </w:rPr>
        <w:t>, acompanhada de carimbo, ou assinatura eletrônica)</w:t>
      </w:r>
    </w:p>
    <w:p w14:paraId="7BC18C0E" w14:textId="77777777" w:rsidR="00B60302" w:rsidRPr="005D4ED8" w:rsidRDefault="00B60302" w:rsidP="00A65B0C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6372D999" w14:textId="77777777" w:rsidR="005E39BF" w:rsidRDefault="005E39BF" w:rsidP="005E39BF">
      <w:pPr>
        <w:spacing w:after="0" w:line="360" w:lineRule="auto"/>
        <w:rPr>
          <w:rFonts w:asciiTheme="majorHAnsi" w:hAnsiTheme="majorHAnsi" w:cstheme="majorHAnsi"/>
          <w:sz w:val="24"/>
          <w:szCs w:val="24"/>
        </w:rPr>
      </w:pPr>
    </w:p>
    <w:p w14:paraId="0FA84EA6" w14:textId="77777777" w:rsidR="005E39BF" w:rsidRDefault="005E39BF" w:rsidP="005E39BF">
      <w:pPr>
        <w:spacing w:after="0" w:line="360" w:lineRule="auto"/>
        <w:rPr>
          <w:rFonts w:asciiTheme="majorHAnsi" w:hAnsiTheme="majorHAnsi" w:cstheme="majorHAnsi"/>
          <w:sz w:val="24"/>
          <w:szCs w:val="24"/>
        </w:rPr>
      </w:pPr>
    </w:p>
    <w:p w14:paraId="4983F928" w14:textId="77777777" w:rsidR="005E39BF" w:rsidRDefault="005E39BF" w:rsidP="005E39BF">
      <w:pPr>
        <w:spacing w:after="0" w:line="360" w:lineRule="auto"/>
        <w:rPr>
          <w:rFonts w:asciiTheme="majorHAnsi" w:hAnsiTheme="majorHAnsi" w:cstheme="majorHAnsi"/>
          <w:sz w:val="24"/>
          <w:szCs w:val="24"/>
        </w:rPr>
      </w:pPr>
    </w:p>
    <w:p w14:paraId="2C573D19" w14:textId="77777777" w:rsidR="005E39BF" w:rsidRDefault="005E39BF" w:rsidP="005E39BF">
      <w:pPr>
        <w:spacing w:after="0" w:line="360" w:lineRule="auto"/>
        <w:rPr>
          <w:rFonts w:asciiTheme="majorHAnsi" w:hAnsiTheme="majorHAnsi" w:cstheme="majorHAnsi"/>
          <w:sz w:val="24"/>
          <w:szCs w:val="24"/>
        </w:rPr>
      </w:pPr>
    </w:p>
    <w:p w14:paraId="20106646" w14:textId="77777777" w:rsidR="005E39BF" w:rsidRDefault="005E39BF" w:rsidP="005E39BF">
      <w:pPr>
        <w:spacing w:after="0" w:line="360" w:lineRule="auto"/>
        <w:rPr>
          <w:rFonts w:asciiTheme="majorHAnsi" w:hAnsiTheme="majorHAnsi" w:cstheme="majorHAnsi"/>
          <w:sz w:val="24"/>
          <w:szCs w:val="24"/>
        </w:rPr>
      </w:pPr>
    </w:p>
    <w:p w14:paraId="48A1BCA8" w14:textId="77777777" w:rsidR="005E39BF" w:rsidRDefault="005E39BF" w:rsidP="005E39BF">
      <w:pPr>
        <w:spacing w:after="0" w:line="360" w:lineRule="auto"/>
        <w:rPr>
          <w:rFonts w:asciiTheme="majorHAnsi" w:hAnsiTheme="majorHAnsi" w:cstheme="majorHAnsi"/>
          <w:sz w:val="24"/>
          <w:szCs w:val="24"/>
        </w:rPr>
      </w:pPr>
    </w:p>
    <w:p w14:paraId="4F9F8733" w14:textId="77777777" w:rsidR="005E39BF" w:rsidRDefault="005E39BF" w:rsidP="005E39BF">
      <w:pPr>
        <w:spacing w:after="0" w:line="360" w:lineRule="auto"/>
        <w:rPr>
          <w:rFonts w:asciiTheme="majorHAnsi" w:hAnsiTheme="majorHAnsi" w:cstheme="majorHAnsi"/>
          <w:sz w:val="24"/>
          <w:szCs w:val="24"/>
        </w:rPr>
      </w:pPr>
    </w:p>
    <w:p w14:paraId="029990E4" w14:textId="77777777" w:rsidR="005E39BF" w:rsidRDefault="005E39BF" w:rsidP="005E39BF">
      <w:pPr>
        <w:spacing w:after="0" w:line="360" w:lineRule="auto"/>
        <w:rPr>
          <w:rFonts w:asciiTheme="majorHAnsi" w:hAnsiTheme="majorHAnsi" w:cstheme="majorHAnsi"/>
          <w:sz w:val="24"/>
          <w:szCs w:val="24"/>
        </w:rPr>
      </w:pPr>
    </w:p>
    <w:p w14:paraId="00BA3194" w14:textId="3612998D" w:rsidR="005E39BF" w:rsidRPr="005E39BF" w:rsidRDefault="005E39BF" w:rsidP="005E39BF">
      <w:pPr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2D71A7">
        <w:rPr>
          <w:rFonts w:asciiTheme="majorHAnsi" w:hAnsiTheme="majorHAnsi" w:cstheme="majorHAnsi"/>
          <w:color w:val="EE0000"/>
        </w:rPr>
        <w:t>*Os documentos devem ser elaborados, preferencialmente, em papel timbrado ou no padrão institucional da unidade de saúde.</w:t>
      </w:r>
    </w:p>
    <w:p w14:paraId="56400BF2" w14:textId="372002EA" w:rsidR="00F41339" w:rsidRDefault="00F41339" w:rsidP="00A65B0C">
      <w:pPr>
        <w:spacing w:after="0" w:line="360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14:paraId="2CBA4372" w14:textId="77777777" w:rsidR="005E39BF" w:rsidRPr="005D4ED8" w:rsidRDefault="005E39BF" w:rsidP="00A65B0C">
      <w:pPr>
        <w:spacing w:after="0" w:line="360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14:paraId="39888916" w14:textId="77777777" w:rsidR="005E39BF" w:rsidRDefault="005E39BF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br w:type="page"/>
      </w:r>
    </w:p>
    <w:p w14:paraId="4782374A" w14:textId="020CA0FC" w:rsidR="00425D67" w:rsidRDefault="0071440B" w:rsidP="005D4ED8">
      <w:pPr>
        <w:spacing w:after="0" w:line="312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5D4ED8">
        <w:rPr>
          <w:rFonts w:asciiTheme="majorHAnsi" w:hAnsiTheme="majorHAnsi" w:cstheme="majorHAnsi"/>
          <w:b/>
          <w:bCs/>
          <w:sz w:val="24"/>
          <w:szCs w:val="24"/>
        </w:rPr>
        <w:lastRenderedPageBreak/>
        <w:t>RELATÓRIO SEMESTRAL DA</w:t>
      </w:r>
      <w:r w:rsidR="00425D67">
        <w:rPr>
          <w:rFonts w:asciiTheme="majorHAnsi" w:hAnsiTheme="majorHAnsi" w:cstheme="majorHAnsi"/>
          <w:b/>
          <w:bCs/>
          <w:sz w:val="24"/>
          <w:szCs w:val="24"/>
        </w:rPr>
        <w:t>S ATIVIDADES DA</w:t>
      </w:r>
    </w:p>
    <w:p w14:paraId="4BE562A7" w14:textId="522AD5B5" w:rsidR="00AB3CCF" w:rsidRPr="005D4ED8" w:rsidRDefault="0071440B" w:rsidP="005D4ED8">
      <w:pPr>
        <w:spacing w:after="0" w:line="312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5D4ED8">
        <w:rPr>
          <w:rFonts w:asciiTheme="majorHAnsi" w:hAnsiTheme="majorHAnsi" w:cstheme="majorHAnsi"/>
          <w:b/>
          <w:bCs/>
          <w:sz w:val="24"/>
          <w:szCs w:val="24"/>
        </w:rPr>
        <w:t>COMISSÃO DE ÉTICA MÉDICA</w:t>
      </w:r>
      <w:r w:rsidR="00425D67">
        <w:rPr>
          <w:rFonts w:asciiTheme="majorHAnsi" w:hAnsiTheme="majorHAnsi" w:cstheme="majorHAnsi"/>
          <w:b/>
          <w:bCs/>
          <w:sz w:val="24"/>
          <w:szCs w:val="24"/>
        </w:rPr>
        <w:t xml:space="preserve"> DO</w:t>
      </w:r>
      <w:r w:rsidR="007C36F6">
        <w:rPr>
          <w:rFonts w:asciiTheme="majorHAnsi" w:hAnsiTheme="majorHAnsi" w:cstheme="majorHAnsi"/>
          <w:b/>
          <w:bCs/>
          <w:sz w:val="24"/>
          <w:szCs w:val="24"/>
        </w:rPr>
        <w:t>(A)</w:t>
      </w:r>
      <w:r w:rsidR="00425D67">
        <w:rPr>
          <w:rFonts w:asciiTheme="majorHAnsi" w:hAnsiTheme="majorHAnsi" w:cstheme="majorHAnsi"/>
          <w:b/>
          <w:bCs/>
          <w:sz w:val="24"/>
          <w:szCs w:val="24"/>
        </w:rPr>
        <w:t xml:space="preserve"> ____________________________</w:t>
      </w:r>
      <w:r w:rsidR="000778FF">
        <w:rPr>
          <w:rFonts w:asciiTheme="majorHAnsi" w:hAnsiTheme="majorHAnsi" w:cstheme="majorHAnsi"/>
          <w:b/>
          <w:bCs/>
          <w:sz w:val="24"/>
          <w:szCs w:val="24"/>
        </w:rPr>
        <w:t>_</w:t>
      </w:r>
      <w:r w:rsidR="000778FF" w:rsidRPr="000778FF">
        <w:rPr>
          <w:rFonts w:asciiTheme="majorHAnsi" w:hAnsiTheme="majorHAnsi" w:cstheme="majorHAnsi"/>
          <w:b/>
          <w:bCs/>
          <w:color w:val="EE0000"/>
          <w:sz w:val="24"/>
          <w:szCs w:val="24"/>
        </w:rPr>
        <w:t xml:space="preserve"> (</w:t>
      </w:r>
      <w:r w:rsidR="00F900BF" w:rsidRPr="000778FF">
        <w:rPr>
          <w:rFonts w:asciiTheme="majorHAnsi" w:hAnsiTheme="majorHAnsi" w:cstheme="majorHAnsi"/>
          <w:b/>
          <w:bCs/>
          <w:color w:val="EE0000"/>
          <w:sz w:val="24"/>
          <w:szCs w:val="24"/>
        </w:rPr>
        <w:t>UNIDADE DE SAÚDE)</w:t>
      </w:r>
    </w:p>
    <w:p w14:paraId="3A066C7F" w14:textId="77777777" w:rsidR="00AB3CCF" w:rsidRPr="005D4ED8" w:rsidRDefault="00AB3CCF" w:rsidP="005D4ED8">
      <w:pPr>
        <w:spacing w:after="0" w:line="312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73D5B267" w14:textId="77777777" w:rsidR="00425D67" w:rsidRDefault="00425D67" w:rsidP="005D4ED8">
      <w:pPr>
        <w:spacing w:after="0" w:line="312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10EB5D65" w14:textId="63E56EBA" w:rsidR="00AB3CCF" w:rsidRPr="005D4ED8" w:rsidRDefault="0071440B" w:rsidP="005D4ED8">
      <w:pPr>
        <w:spacing w:after="0" w:line="312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Período: __/__/____ a __/__/____</w:t>
      </w:r>
    </w:p>
    <w:p w14:paraId="306A9A39" w14:textId="77777777" w:rsidR="00AB3CCF" w:rsidRPr="005D4ED8" w:rsidRDefault="00AB3CCF" w:rsidP="005D4ED8">
      <w:pPr>
        <w:spacing w:after="0" w:line="312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04AB4ED5" w14:textId="77777777" w:rsidR="00AB3CCF" w:rsidRPr="005D4ED8" w:rsidRDefault="0071440B" w:rsidP="005D4ED8">
      <w:pPr>
        <w:spacing w:after="0" w:line="312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1. Composição da CEM:</w:t>
      </w:r>
    </w:p>
    <w:p w14:paraId="3AFBF7DA" w14:textId="77777777" w:rsidR="00AB3CCF" w:rsidRPr="005D4ED8" w:rsidRDefault="0071440B" w:rsidP="005D4ED8">
      <w:pPr>
        <w:spacing w:after="0" w:line="312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-</w:t>
      </w:r>
    </w:p>
    <w:p w14:paraId="2F95FE3C" w14:textId="77777777" w:rsidR="00BA2D68" w:rsidRPr="005D4ED8" w:rsidRDefault="00BA2D68" w:rsidP="005D4ED8">
      <w:pPr>
        <w:spacing w:after="0" w:line="312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5AD30773" w14:textId="696DAD15" w:rsidR="00AB3CCF" w:rsidRPr="005D4ED8" w:rsidRDefault="0071440B" w:rsidP="005D4ED8">
      <w:pPr>
        <w:spacing w:after="0" w:line="312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2. Atividades Realizadas:</w:t>
      </w:r>
    </w:p>
    <w:p w14:paraId="6CD1A410" w14:textId="77777777" w:rsidR="00AB3CCF" w:rsidRPr="005D4ED8" w:rsidRDefault="0071440B" w:rsidP="005D4ED8">
      <w:pPr>
        <w:spacing w:after="0" w:line="312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- Número de reuniões ordinárias:</w:t>
      </w:r>
    </w:p>
    <w:p w14:paraId="418FD91F" w14:textId="77777777" w:rsidR="00AB3CCF" w:rsidRPr="005D4ED8" w:rsidRDefault="0071440B" w:rsidP="005D4ED8">
      <w:pPr>
        <w:spacing w:after="0" w:line="312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- Número de reuniões extraordinárias:</w:t>
      </w:r>
    </w:p>
    <w:p w14:paraId="4C412AC4" w14:textId="77777777" w:rsidR="005D4ED8" w:rsidRPr="005D4ED8" w:rsidRDefault="0071440B" w:rsidP="005D4ED8">
      <w:pPr>
        <w:spacing w:after="0" w:line="312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- Orientações internas:</w:t>
      </w:r>
    </w:p>
    <w:p w14:paraId="2E2BCBD2" w14:textId="3AAFAC97" w:rsidR="005D4ED8" w:rsidRPr="00616EDF" w:rsidRDefault="005D4ED8" w:rsidP="005D4ED8">
      <w:pPr>
        <w:spacing w:after="0" w:line="312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- N</w:t>
      </w:r>
      <w:r w:rsidRPr="00616EDF">
        <w:rPr>
          <w:rFonts w:asciiTheme="majorHAnsi" w:hAnsiTheme="majorHAnsi" w:cstheme="majorHAnsi"/>
          <w:sz w:val="24"/>
          <w:szCs w:val="24"/>
        </w:rPr>
        <w:t>º de visitas a setores (se aplicável)</w:t>
      </w:r>
      <w:r w:rsidR="00007903">
        <w:rPr>
          <w:rFonts w:asciiTheme="majorHAnsi" w:hAnsiTheme="majorHAnsi" w:cstheme="majorHAnsi"/>
          <w:sz w:val="24"/>
          <w:szCs w:val="24"/>
        </w:rPr>
        <w:t>:</w:t>
      </w:r>
    </w:p>
    <w:p w14:paraId="1DB13804" w14:textId="0868D670" w:rsidR="00AB3CCF" w:rsidRPr="005D4ED8" w:rsidRDefault="0071440B" w:rsidP="005D4ED8">
      <w:pPr>
        <w:spacing w:after="0" w:line="312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- Outras ações:</w:t>
      </w:r>
    </w:p>
    <w:p w14:paraId="32BEB4AA" w14:textId="77777777" w:rsidR="00AB3CCF" w:rsidRPr="005D4ED8" w:rsidRDefault="00AB3CCF" w:rsidP="005D4ED8">
      <w:pPr>
        <w:spacing w:after="0" w:line="312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5925B4F9" w14:textId="77777777" w:rsidR="00AB3CCF" w:rsidRPr="005D4ED8" w:rsidRDefault="0071440B" w:rsidP="005D4ED8">
      <w:pPr>
        <w:spacing w:after="0" w:line="312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3. Situações analisadas (sem identificação nominal):</w:t>
      </w:r>
    </w:p>
    <w:p w14:paraId="169C9EC8" w14:textId="77777777" w:rsidR="00AB3CCF" w:rsidRPr="005D4ED8" w:rsidRDefault="0071440B" w:rsidP="005D4ED8">
      <w:pPr>
        <w:spacing w:after="0" w:line="312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-</w:t>
      </w:r>
    </w:p>
    <w:p w14:paraId="11842ED5" w14:textId="77777777" w:rsidR="00AB3CCF" w:rsidRPr="005D4ED8" w:rsidRDefault="00AB3CCF" w:rsidP="005D4ED8">
      <w:pPr>
        <w:spacing w:after="0" w:line="312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1705627F" w14:textId="77777777" w:rsidR="00AB3CCF" w:rsidRPr="005D4ED8" w:rsidRDefault="0071440B" w:rsidP="005D4ED8">
      <w:pPr>
        <w:spacing w:after="0" w:line="312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4. Demandas encaminhadas ao Cremeb:</w:t>
      </w:r>
    </w:p>
    <w:p w14:paraId="44A04FB1" w14:textId="77777777" w:rsidR="00AB3CCF" w:rsidRPr="005D4ED8" w:rsidRDefault="0071440B" w:rsidP="005D4ED8">
      <w:pPr>
        <w:spacing w:after="0" w:line="312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-</w:t>
      </w:r>
    </w:p>
    <w:p w14:paraId="551E23EC" w14:textId="77777777" w:rsidR="00AB3CCF" w:rsidRPr="005D4ED8" w:rsidRDefault="00AB3CCF" w:rsidP="005D4ED8">
      <w:pPr>
        <w:spacing w:after="0" w:line="312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005500C9" w14:textId="77777777" w:rsidR="00AB3CCF" w:rsidRPr="005D4ED8" w:rsidRDefault="0071440B" w:rsidP="005D4ED8">
      <w:pPr>
        <w:spacing w:after="0" w:line="312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5. Necessidades e sugestões:</w:t>
      </w:r>
    </w:p>
    <w:p w14:paraId="580BCFA6" w14:textId="77777777" w:rsidR="00AB3CCF" w:rsidRPr="005D4ED8" w:rsidRDefault="0071440B" w:rsidP="005D4ED8">
      <w:pPr>
        <w:spacing w:after="0" w:line="312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-</w:t>
      </w:r>
    </w:p>
    <w:p w14:paraId="5829E8B9" w14:textId="77777777" w:rsidR="00AB3CCF" w:rsidRPr="005D4ED8" w:rsidRDefault="00AB3CCF" w:rsidP="005D4ED8">
      <w:pPr>
        <w:spacing w:after="0" w:line="312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18F134F2" w14:textId="77777777" w:rsidR="00BA2D68" w:rsidRPr="005D4ED8" w:rsidRDefault="00BA2D68" w:rsidP="005D4ED8">
      <w:pPr>
        <w:spacing w:after="0" w:line="312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 xml:space="preserve">Salvador, _____ de ________ </w:t>
      </w:r>
      <w:proofErr w:type="spellStart"/>
      <w:r w:rsidRPr="005D4ED8">
        <w:rPr>
          <w:rFonts w:asciiTheme="majorHAnsi" w:hAnsiTheme="majorHAnsi" w:cstheme="majorHAnsi"/>
          <w:sz w:val="24"/>
          <w:szCs w:val="24"/>
        </w:rPr>
        <w:t>de</w:t>
      </w:r>
      <w:proofErr w:type="spellEnd"/>
      <w:r w:rsidRPr="005D4ED8">
        <w:rPr>
          <w:rFonts w:asciiTheme="majorHAnsi" w:hAnsiTheme="majorHAnsi" w:cstheme="majorHAnsi"/>
          <w:sz w:val="24"/>
          <w:szCs w:val="24"/>
        </w:rPr>
        <w:t xml:space="preserve"> 20____</w:t>
      </w:r>
    </w:p>
    <w:p w14:paraId="5B6A52A4" w14:textId="77777777" w:rsidR="00BA2D68" w:rsidRPr="005D4ED8" w:rsidRDefault="00BA2D68" w:rsidP="005D4ED8">
      <w:pPr>
        <w:spacing w:after="0" w:line="312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9E4687F" w14:textId="77777777" w:rsidR="00BA2D68" w:rsidRPr="005D4ED8" w:rsidRDefault="00BA2D68" w:rsidP="005D4ED8">
      <w:pPr>
        <w:spacing w:after="0" w:line="312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5AD1EC21" w14:textId="77777777" w:rsidR="00AB3CCF" w:rsidRPr="005D4ED8" w:rsidRDefault="0071440B" w:rsidP="005D4ED8">
      <w:pPr>
        <w:spacing w:after="0" w:line="312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_________________________________</w:t>
      </w:r>
    </w:p>
    <w:p w14:paraId="528179D2" w14:textId="77777777" w:rsidR="00007903" w:rsidRDefault="0071440B" w:rsidP="00007903">
      <w:pPr>
        <w:spacing w:after="0" w:line="36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5D4ED8">
        <w:rPr>
          <w:rFonts w:asciiTheme="majorHAnsi" w:hAnsiTheme="majorHAnsi" w:cstheme="majorHAnsi"/>
          <w:sz w:val="24"/>
          <w:szCs w:val="24"/>
        </w:rPr>
        <w:t>Presidente da CEM</w:t>
      </w:r>
    </w:p>
    <w:p w14:paraId="425C8F8C" w14:textId="4C2B5990" w:rsidR="00AB3CCF" w:rsidRDefault="00007903" w:rsidP="005D4ED8">
      <w:pPr>
        <w:spacing w:after="0" w:line="312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863323">
        <w:rPr>
          <w:rFonts w:asciiTheme="majorHAnsi" w:hAnsiTheme="majorHAnsi" w:cstheme="majorHAnsi"/>
          <w:sz w:val="20"/>
          <w:szCs w:val="20"/>
          <w:highlight w:val="yellow"/>
        </w:rPr>
        <w:t>(assinatura manua</w:t>
      </w:r>
      <w:r>
        <w:rPr>
          <w:rFonts w:asciiTheme="majorHAnsi" w:hAnsiTheme="majorHAnsi" w:cstheme="majorHAnsi"/>
          <w:sz w:val="20"/>
          <w:szCs w:val="20"/>
          <w:highlight w:val="yellow"/>
        </w:rPr>
        <w:t>l</w:t>
      </w:r>
      <w:r w:rsidRPr="00863323">
        <w:rPr>
          <w:rFonts w:asciiTheme="majorHAnsi" w:hAnsiTheme="majorHAnsi" w:cstheme="majorHAnsi"/>
          <w:sz w:val="20"/>
          <w:szCs w:val="20"/>
          <w:highlight w:val="yellow"/>
        </w:rPr>
        <w:t>, acompanhada de carimbo, ou assinatura eletrônica)</w:t>
      </w:r>
    </w:p>
    <w:p w14:paraId="48B9063C" w14:textId="77777777" w:rsidR="005E39BF" w:rsidRDefault="005E39BF" w:rsidP="005D4ED8">
      <w:pPr>
        <w:spacing w:after="0" w:line="312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5F05151D" w14:textId="77777777" w:rsidR="005E39BF" w:rsidRDefault="005E39BF" w:rsidP="005D4ED8">
      <w:pPr>
        <w:spacing w:after="0" w:line="312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089A69A1" w14:textId="77777777" w:rsidR="005E39BF" w:rsidRDefault="005E39BF" w:rsidP="005D4ED8">
      <w:pPr>
        <w:spacing w:after="0" w:line="312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09A84ABF" w14:textId="77777777" w:rsidR="005E39BF" w:rsidRDefault="005E39BF" w:rsidP="005D4ED8">
      <w:pPr>
        <w:spacing w:after="0" w:line="312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677E683D" w14:textId="77777777" w:rsidR="005E39BF" w:rsidRPr="002D71A7" w:rsidRDefault="005E39BF" w:rsidP="005E39BF">
      <w:pPr>
        <w:pStyle w:val="Rodap"/>
        <w:jc w:val="both"/>
        <w:rPr>
          <w:rFonts w:asciiTheme="majorHAnsi" w:hAnsiTheme="majorHAnsi" w:cstheme="majorHAnsi"/>
          <w:color w:val="EE0000"/>
        </w:rPr>
      </w:pPr>
      <w:r w:rsidRPr="002D71A7">
        <w:rPr>
          <w:rFonts w:asciiTheme="majorHAnsi" w:hAnsiTheme="majorHAnsi" w:cstheme="majorHAnsi"/>
          <w:color w:val="EE0000"/>
        </w:rPr>
        <w:t>*Os documentos devem ser elaborados, preferencialmente, em papel timbrado ou no padrão institucional da unidade de saúde.</w:t>
      </w:r>
    </w:p>
    <w:sectPr w:rsidR="005E39BF" w:rsidRPr="002D71A7" w:rsidSect="00BE4BA0">
      <w:headerReference w:type="default" r:id="rId8"/>
      <w:headerReference w:type="first" r:id="rId9"/>
      <w:pgSz w:w="12240" w:h="15840"/>
      <w:pgMar w:top="993" w:right="1134" w:bottom="851" w:left="1134" w:header="56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F8F61" w14:textId="77777777" w:rsidR="001D35EF" w:rsidRPr="00843780" w:rsidRDefault="001D35EF" w:rsidP="00CC2B2F">
      <w:pPr>
        <w:spacing w:after="0" w:line="240" w:lineRule="auto"/>
      </w:pPr>
      <w:r w:rsidRPr="00843780">
        <w:separator/>
      </w:r>
    </w:p>
  </w:endnote>
  <w:endnote w:type="continuationSeparator" w:id="0">
    <w:p w14:paraId="5AF4D301" w14:textId="77777777" w:rsidR="001D35EF" w:rsidRPr="00843780" w:rsidRDefault="001D35EF" w:rsidP="00CC2B2F">
      <w:pPr>
        <w:spacing w:after="0" w:line="240" w:lineRule="auto"/>
      </w:pPr>
      <w:r w:rsidRPr="008437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0A20F" w14:textId="77777777" w:rsidR="001D35EF" w:rsidRPr="00843780" w:rsidRDefault="001D35EF" w:rsidP="00CC2B2F">
      <w:pPr>
        <w:spacing w:after="0" w:line="240" w:lineRule="auto"/>
      </w:pPr>
      <w:r w:rsidRPr="00843780">
        <w:separator/>
      </w:r>
    </w:p>
  </w:footnote>
  <w:footnote w:type="continuationSeparator" w:id="0">
    <w:p w14:paraId="77E09A66" w14:textId="77777777" w:rsidR="001D35EF" w:rsidRPr="00843780" w:rsidRDefault="001D35EF" w:rsidP="00CC2B2F">
      <w:pPr>
        <w:spacing w:after="0" w:line="240" w:lineRule="auto"/>
      </w:pPr>
      <w:r w:rsidRPr="0084378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DE827" w14:textId="4D264285" w:rsidR="00CC2B2F" w:rsidRPr="00D33AAD" w:rsidRDefault="00770BB9" w:rsidP="002D71A7">
    <w:pPr>
      <w:spacing w:after="0" w:line="312" w:lineRule="auto"/>
      <w:jc w:val="right"/>
      <w:rPr>
        <w:rFonts w:asciiTheme="majorHAnsi" w:hAnsiTheme="majorHAnsi" w:cstheme="majorHAnsi"/>
        <w:b/>
        <w:bCs/>
        <w:color w:val="404040" w:themeColor="text1" w:themeTint="BF"/>
        <w:sz w:val="24"/>
        <w:szCs w:val="24"/>
      </w:rPr>
    </w:pPr>
    <w:r>
      <w:rPr>
        <w:rFonts w:asciiTheme="majorHAnsi" w:hAnsiTheme="majorHAnsi" w:cstheme="majorHAnsi"/>
        <w:b/>
        <w:bCs/>
        <w:color w:val="404040" w:themeColor="text1" w:themeTint="BF"/>
        <w:sz w:val="24"/>
        <w:szCs w:val="24"/>
      </w:rPr>
      <w:tab/>
    </w:r>
    <w:r>
      <w:rPr>
        <w:rFonts w:asciiTheme="majorHAnsi" w:hAnsiTheme="majorHAnsi" w:cstheme="majorHAnsi"/>
        <w:b/>
        <w:bCs/>
        <w:color w:val="404040" w:themeColor="text1" w:themeTint="BF"/>
        <w:sz w:val="24"/>
        <w:szCs w:val="24"/>
      </w:rPr>
      <w:tab/>
    </w:r>
    <w:r w:rsidR="00D33AAD">
      <w:rPr>
        <w:rFonts w:asciiTheme="majorHAnsi" w:hAnsiTheme="majorHAnsi" w:cstheme="majorHAnsi"/>
        <w:b/>
        <w:bCs/>
        <w:color w:val="404040" w:themeColor="text1" w:themeTint="BF"/>
        <w:sz w:val="24"/>
        <w:szCs w:val="24"/>
      </w:rPr>
      <w:tab/>
    </w:r>
    <w:r w:rsidR="00D33AAD">
      <w:rPr>
        <w:rFonts w:asciiTheme="majorHAnsi" w:hAnsiTheme="majorHAnsi" w:cstheme="majorHAnsi"/>
        <w:b/>
        <w:bCs/>
        <w:color w:val="404040" w:themeColor="text1" w:themeTint="BF"/>
        <w:sz w:val="24"/>
        <w:szCs w:val="24"/>
      </w:rPr>
      <w:tab/>
    </w:r>
    <w:r w:rsidR="00D33AAD">
      <w:rPr>
        <w:rFonts w:asciiTheme="majorHAnsi" w:hAnsiTheme="majorHAnsi" w:cstheme="majorHAnsi"/>
        <w:b/>
        <w:bCs/>
        <w:color w:val="404040" w:themeColor="text1" w:themeTint="BF"/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B939F" w14:textId="2DE347D3" w:rsidR="00DF451D" w:rsidRPr="00D33AAD" w:rsidRDefault="00DF451D" w:rsidP="00BE4BA0">
    <w:pPr>
      <w:spacing w:after="0" w:line="312" w:lineRule="auto"/>
      <w:jc w:val="right"/>
      <w:rPr>
        <w:rFonts w:asciiTheme="majorHAnsi" w:hAnsiTheme="majorHAnsi" w:cstheme="majorHAnsi"/>
        <w:b/>
        <w:bCs/>
        <w:color w:val="404040" w:themeColor="text1" w:themeTint="BF"/>
        <w:sz w:val="24"/>
        <w:szCs w:val="24"/>
      </w:rPr>
    </w:pPr>
    <w:r>
      <w:rPr>
        <w:rFonts w:asciiTheme="majorHAnsi" w:hAnsiTheme="majorHAnsi" w:cstheme="majorHAnsi"/>
        <w:b/>
        <w:bCs/>
        <w:color w:val="404040" w:themeColor="text1" w:themeTint="BF"/>
        <w:sz w:val="24"/>
        <w:szCs w:val="24"/>
      </w:rPr>
      <w:tab/>
    </w:r>
    <w:r>
      <w:rPr>
        <w:rFonts w:asciiTheme="majorHAnsi" w:hAnsiTheme="majorHAnsi" w:cstheme="majorHAnsi"/>
        <w:b/>
        <w:bCs/>
        <w:color w:val="404040" w:themeColor="text1" w:themeTint="BF"/>
        <w:sz w:val="24"/>
        <w:szCs w:val="24"/>
      </w:rPr>
      <w:tab/>
    </w:r>
    <w:r>
      <w:rPr>
        <w:rFonts w:asciiTheme="majorHAnsi" w:hAnsiTheme="majorHAnsi" w:cstheme="majorHAnsi"/>
        <w:b/>
        <w:bCs/>
        <w:color w:val="404040" w:themeColor="text1" w:themeTint="BF"/>
        <w:sz w:val="24"/>
        <w:szCs w:val="24"/>
      </w:rPr>
      <w:tab/>
    </w:r>
    <w:r>
      <w:rPr>
        <w:rFonts w:asciiTheme="majorHAnsi" w:hAnsiTheme="majorHAnsi" w:cstheme="majorHAnsi"/>
        <w:b/>
        <w:bCs/>
        <w:color w:val="404040" w:themeColor="text1" w:themeTint="BF"/>
        <w:sz w:val="24"/>
        <w:szCs w:val="24"/>
      </w:rPr>
      <w:tab/>
    </w:r>
    <w:r>
      <w:rPr>
        <w:rFonts w:asciiTheme="majorHAnsi" w:hAnsiTheme="majorHAnsi" w:cstheme="majorHAnsi"/>
        <w:b/>
        <w:bCs/>
        <w:color w:val="404040" w:themeColor="text1" w:themeTint="BF"/>
        <w:sz w:val="24"/>
        <w:szCs w:val="24"/>
      </w:rPr>
      <w:tab/>
    </w:r>
  </w:p>
  <w:p w14:paraId="1BC2508F" w14:textId="1D542AF2" w:rsidR="00A030DE" w:rsidRDefault="00A030DE" w:rsidP="002D2AF1">
    <w:pPr>
      <w:spacing w:after="0" w:line="312" w:lineRule="aut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CD1184"/>
    <w:multiLevelType w:val="multilevel"/>
    <w:tmpl w:val="9DFA0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93E3FE8"/>
    <w:multiLevelType w:val="multilevel"/>
    <w:tmpl w:val="F4E6A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B486EEC"/>
    <w:multiLevelType w:val="multilevel"/>
    <w:tmpl w:val="F4E6A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5580C45"/>
    <w:multiLevelType w:val="multilevel"/>
    <w:tmpl w:val="C78CE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7D7B2D"/>
    <w:multiLevelType w:val="multilevel"/>
    <w:tmpl w:val="6EF65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6D102C"/>
    <w:multiLevelType w:val="multilevel"/>
    <w:tmpl w:val="1BC0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9A469B"/>
    <w:multiLevelType w:val="multilevel"/>
    <w:tmpl w:val="D80CD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3C0E8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65A3427"/>
    <w:multiLevelType w:val="multilevel"/>
    <w:tmpl w:val="F4E6A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394942"/>
    <w:multiLevelType w:val="multilevel"/>
    <w:tmpl w:val="F4E6A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1C1A59"/>
    <w:multiLevelType w:val="multilevel"/>
    <w:tmpl w:val="F4E6A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95742B6"/>
    <w:multiLevelType w:val="multilevel"/>
    <w:tmpl w:val="0416001F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decimal"/>
      <w:lvlText w:val="%1.%2."/>
      <w:lvlJc w:val="left"/>
      <w:pPr>
        <w:ind w:left="1149" w:hanging="432"/>
      </w:pPr>
    </w:lvl>
    <w:lvl w:ilvl="2">
      <w:start w:val="1"/>
      <w:numFmt w:val="decimal"/>
      <w:lvlText w:val="%1.%2.%3."/>
      <w:lvlJc w:val="left"/>
      <w:pPr>
        <w:ind w:left="1581" w:hanging="504"/>
      </w:pPr>
    </w:lvl>
    <w:lvl w:ilvl="3">
      <w:start w:val="1"/>
      <w:numFmt w:val="decimal"/>
      <w:lvlText w:val="%1.%2.%3.%4."/>
      <w:lvlJc w:val="left"/>
      <w:pPr>
        <w:ind w:left="2085" w:hanging="648"/>
      </w:pPr>
    </w:lvl>
    <w:lvl w:ilvl="4">
      <w:start w:val="1"/>
      <w:numFmt w:val="decimal"/>
      <w:lvlText w:val="%1.%2.%3.%4.%5."/>
      <w:lvlJc w:val="left"/>
      <w:pPr>
        <w:ind w:left="2589" w:hanging="792"/>
      </w:pPr>
    </w:lvl>
    <w:lvl w:ilvl="5">
      <w:start w:val="1"/>
      <w:numFmt w:val="decimal"/>
      <w:lvlText w:val="%1.%2.%3.%4.%5.%6."/>
      <w:lvlJc w:val="left"/>
      <w:pPr>
        <w:ind w:left="3093" w:hanging="936"/>
      </w:pPr>
    </w:lvl>
    <w:lvl w:ilvl="6">
      <w:start w:val="1"/>
      <w:numFmt w:val="decimal"/>
      <w:lvlText w:val="%1.%2.%3.%4.%5.%6.%7."/>
      <w:lvlJc w:val="left"/>
      <w:pPr>
        <w:ind w:left="3597" w:hanging="1080"/>
      </w:pPr>
    </w:lvl>
    <w:lvl w:ilvl="7">
      <w:start w:val="1"/>
      <w:numFmt w:val="decimal"/>
      <w:lvlText w:val="%1.%2.%3.%4.%5.%6.%7.%8."/>
      <w:lvlJc w:val="left"/>
      <w:pPr>
        <w:ind w:left="4101" w:hanging="1224"/>
      </w:pPr>
    </w:lvl>
    <w:lvl w:ilvl="8">
      <w:start w:val="1"/>
      <w:numFmt w:val="decimal"/>
      <w:lvlText w:val="%1.%2.%3.%4.%5.%6.%7.%8.%9."/>
      <w:lvlJc w:val="left"/>
      <w:pPr>
        <w:ind w:left="4677" w:hanging="1440"/>
      </w:pPr>
    </w:lvl>
  </w:abstractNum>
  <w:abstractNum w:abstractNumId="21" w15:restartNumberingAfterBreak="0">
    <w:nsid w:val="7B833147"/>
    <w:multiLevelType w:val="hybridMultilevel"/>
    <w:tmpl w:val="59DCA134"/>
    <w:lvl w:ilvl="0" w:tplc="F08CC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628461">
    <w:abstractNumId w:val="8"/>
  </w:num>
  <w:num w:numId="2" w16cid:durableId="2105613691">
    <w:abstractNumId w:val="6"/>
  </w:num>
  <w:num w:numId="3" w16cid:durableId="256326296">
    <w:abstractNumId w:val="5"/>
  </w:num>
  <w:num w:numId="4" w16cid:durableId="587497396">
    <w:abstractNumId w:val="4"/>
  </w:num>
  <w:num w:numId="5" w16cid:durableId="1327052912">
    <w:abstractNumId w:val="7"/>
  </w:num>
  <w:num w:numId="6" w16cid:durableId="1150949223">
    <w:abstractNumId w:val="3"/>
  </w:num>
  <w:num w:numId="7" w16cid:durableId="1094129370">
    <w:abstractNumId w:val="2"/>
  </w:num>
  <w:num w:numId="8" w16cid:durableId="1519197455">
    <w:abstractNumId w:val="1"/>
  </w:num>
  <w:num w:numId="9" w16cid:durableId="911893599">
    <w:abstractNumId w:val="0"/>
  </w:num>
  <w:num w:numId="10" w16cid:durableId="1691446785">
    <w:abstractNumId w:val="10"/>
  </w:num>
  <w:num w:numId="11" w16cid:durableId="280652670">
    <w:abstractNumId w:val="13"/>
  </w:num>
  <w:num w:numId="12" w16cid:durableId="1364091179">
    <w:abstractNumId w:val="14"/>
  </w:num>
  <w:num w:numId="13" w16cid:durableId="1556500653">
    <w:abstractNumId w:val="9"/>
  </w:num>
  <w:num w:numId="14" w16cid:durableId="473331">
    <w:abstractNumId w:val="17"/>
  </w:num>
  <w:num w:numId="15" w16cid:durableId="735935781">
    <w:abstractNumId w:val="11"/>
  </w:num>
  <w:num w:numId="16" w16cid:durableId="88040264">
    <w:abstractNumId w:val="19"/>
  </w:num>
  <w:num w:numId="17" w16cid:durableId="850416328">
    <w:abstractNumId w:val="15"/>
  </w:num>
  <w:num w:numId="18" w16cid:durableId="750737748">
    <w:abstractNumId w:val="18"/>
  </w:num>
  <w:num w:numId="19" w16cid:durableId="1534492328">
    <w:abstractNumId w:val="21"/>
  </w:num>
  <w:num w:numId="20" w16cid:durableId="2084328321">
    <w:abstractNumId w:val="12"/>
  </w:num>
  <w:num w:numId="21" w16cid:durableId="673725700">
    <w:abstractNumId w:val="20"/>
  </w:num>
  <w:num w:numId="22" w16cid:durableId="10893468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903"/>
    <w:rsid w:val="000178AF"/>
    <w:rsid w:val="00034616"/>
    <w:rsid w:val="0006063C"/>
    <w:rsid w:val="000648B3"/>
    <w:rsid w:val="000722BE"/>
    <w:rsid w:val="000778FF"/>
    <w:rsid w:val="000E249B"/>
    <w:rsid w:val="000F58ED"/>
    <w:rsid w:val="00111E84"/>
    <w:rsid w:val="00116FD8"/>
    <w:rsid w:val="0015074B"/>
    <w:rsid w:val="001619D2"/>
    <w:rsid w:val="00162627"/>
    <w:rsid w:val="001711D8"/>
    <w:rsid w:val="00172A64"/>
    <w:rsid w:val="001A1DD4"/>
    <w:rsid w:val="001B4B64"/>
    <w:rsid w:val="001D35EF"/>
    <w:rsid w:val="001D70D5"/>
    <w:rsid w:val="00202DF4"/>
    <w:rsid w:val="0023063C"/>
    <w:rsid w:val="00235208"/>
    <w:rsid w:val="00281A91"/>
    <w:rsid w:val="00294F5B"/>
    <w:rsid w:val="0029639D"/>
    <w:rsid w:val="002A0A3D"/>
    <w:rsid w:val="002A4C85"/>
    <w:rsid w:val="002A5BE4"/>
    <w:rsid w:val="002B550A"/>
    <w:rsid w:val="002D2AF1"/>
    <w:rsid w:val="002D71A7"/>
    <w:rsid w:val="002F6B5A"/>
    <w:rsid w:val="00305C1B"/>
    <w:rsid w:val="00326F90"/>
    <w:rsid w:val="00341626"/>
    <w:rsid w:val="003525F9"/>
    <w:rsid w:val="00356AE9"/>
    <w:rsid w:val="00385D9B"/>
    <w:rsid w:val="003876A5"/>
    <w:rsid w:val="00390EC6"/>
    <w:rsid w:val="00394E67"/>
    <w:rsid w:val="003B5708"/>
    <w:rsid w:val="003B76D7"/>
    <w:rsid w:val="003D784D"/>
    <w:rsid w:val="004200E4"/>
    <w:rsid w:val="00425D67"/>
    <w:rsid w:val="0044041A"/>
    <w:rsid w:val="004646A6"/>
    <w:rsid w:val="0048513D"/>
    <w:rsid w:val="00495FAD"/>
    <w:rsid w:val="004A31CD"/>
    <w:rsid w:val="004A4CDE"/>
    <w:rsid w:val="004B0F68"/>
    <w:rsid w:val="004D1CD2"/>
    <w:rsid w:val="00524B70"/>
    <w:rsid w:val="005377FB"/>
    <w:rsid w:val="005442AA"/>
    <w:rsid w:val="0055663E"/>
    <w:rsid w:val="00556D26"/>
    <w:rsid w:val="005616F5"/>
    <w:rsid w:val="0057576E"/>
    <w:rsid w:val="00576073"/>
    <w:rsid w:val="00576540"/>
    <w:rsid w:val="005A0447"/>
    <w:rsid w:val="005A40DB"/>
    <w:rsid w:val="005B5139"/>
    <w:rsid w:val="005D4ED8"/>
    <w:rsid w:val="005E39BF"/>
    <w:rsid w:val="00611CEA"/>
    <w:rsid w:val="00612AF2"/>
    <w:rsid w:val="00620645"/>
    <w:rsid w:val="006210C5"/>
    <w:rsid w:val="006265AC"/>
    <w:rsid w:val="0068704D"/>
    <w:rsid w:val="006A1BF8"/>
    <w:rsid w:val="006F0AB2"/>
    <w:rsid w:val="006F7022"/>
    <w:rsid w:val="0071440B"/>
    <w:rsid w:val="00770BB9"/>
    <w:rsid w:val="00771630"/>
    <w:rsid w:val="00772752"/>
    <w:rsid w:val="00773B68"/>
    <w:rsid w:val="00796CCD"/>
    <w:rsid w:val="007B51A5"/>
    <w:rsid w:val="007C36F6"/>
    <w:rsid w:val="00836B52"/>
    <w:rsid w:val="00843780"/>
    <w:rsid w:val="008529CF"/>
    <w:rsid w:val="00863323"/>
    <w:rsid w:val="00863BED"/>
    <w:rsid w:val="008927B5"/>
    <w:rsid w:val="008B43F6"/>
    <w:rsid w:val="008B5819"/>
    <w:rsid w:val="008C38E3"/>
    <w:rsid w:val="008F628D"/>
    <w:rsid w:val="00900384"/>
    <w:rsid w:val="00922AAF"/>
    <w:rsid w:val="00961EC3"/>
    <w:rsid w:val="00987F86"/>
    <w:rsid w:val="009B137A"/>
    <w:rsid w:val="009B1716"/>
    <w:rsid w:val="009B70FC"/>
    <w:rsid w:val="009F2663"/>
    <w:rsid w:val="009F2E69"/>
    <w:rsid w:val="009F3C84"/>
    <w:rsid w:val="00A030DE"/>
    <w:rsid w:val="00A37D1F"/>
    <w:rsid w:val="00A409ED"/>
    <w:rsid w:val="00A4491A"/>
    <w:rsid w:val="00A65B0C"/>
    <w:rsid w:val="00A9769E"/>
    <w:rsid w:val="00AA1D8D"/>
    <w:rsid w:val="00AB3CCF"/>
    <w:rsid w:val="00AB5694"/>
    <w:rsid w:val="00AB7519"/>
    <w:rsid w:val="00AF36A9"/>
    <w:rsid w:val="00B04C54"/>
    <w:rsid w:val="00B1596F"/>
    <w:rsid w:val="00B47730"/>
    <w:rsid w:val="00B60302"/>
    <w:rsid w:val="00B954BD"/>
    <w:rsid w:val="00BA2D68"/>
    <w:rsid w:val="00BB5AB2"/>
    <w:rsid w:val="00BD289F"/>
    <w:rsid w:val="00BD4AC9"/>
    <w:rsid w:val="00BE4BA0"/>
    <w:rsid w:val="00BF12DE"/>
    <w:rsid w:val="00C0085A"/>
    <w:rsid w:val="00C11ED0"/>
    <w:rsid w:val="00C2074D"/>
    <w:rsid w:val="00C352A1"/>
    <w:rsid w:val="00C56C63"/>
    <w:rsid w:val="00C85FDB"/>
    <w:rsid w:val="00C91BDE"/>
    <w:rsid w:val="00C96FBE"/>
    <w:rsid w:val="00C97D2A"/>
    <w:rsid w:val="00CA54AD"/>
    <w:rsid w:val="00CA60D1"/>
    <w:rsid w:val="00CB0664"/>
    <w:rsid w:val="00CC01E0"/>
    <w:rsid w:val="00CC2B2F"/>
    <w:rsid w:val="00CC5AD2"/>
    <w:rsid w:val="00CF5FD3"/>
    <w:rsid w:val="00CF6FF0"/>
    <w:rsid w:val="00CF7A71"/>
    <w:rsid w:val="00D043C9"/>
    <w:rsid w:val="00D246AA"/>
    <w:rsid w:val="00D26ACC"/>
    <w:rsid w:val="00D30EC1"/>
    <w:rsid w:val="00D33AAD"/>
    <w:rsid w:val="00D33E6C"/>
    <w:rsid w:val="00D35AED"/>
    <w:rsid w:val="00D40434"/>
    <w:rsid w:val="00D71655"/>
    <w:rsid w:val="00DB7078"/>
    <w:rsid w:val="00DF451D"/>
    <w:rsid w:val="00E02DF0"/>
    <w:rsid w:val="00E22CFC"/>
    <w:rsid w:val="00E47E1A"/>
    <w:rsid w:val="00E52D88"/>
    <w:rsid w:val="00E845A1"/>
    <w:rsid w:val="00E90B97"/>
    <w:rsid w:val="00E916CB"/>
    <w:rsid w:val="00EA7BC7"/>
    <w:rsid w:val="00ED7A53"/>
    <w:rsid w:val="00EE4714"/>
    <w:rsid w:val="00EF0842"/>
    <w:rsid w:val="00EF0C3B"/>
    <w:rsid w:val="00F40978"/>
    <w:rsid w:val="00F41339"/>
    <w:rsid w:val="00F67F45"/>
    <w:rsid w:val="00F75385"/>
    <w:rsid w:val="00F900BF"/>
    <w:rsid w:val="00FA27C0"/>
    <w:rsid w:val="00FB6F2E"/>
    <w:rsid w:val="00FC5DF9"/>
    <w:rsid w:val="00FC693F"/>
    <w:rsid w:val="00FE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BC25C8"/>
  <w14:defaultImageDpi w14:val="330"/>
  <w15:docId w15:val="{46694890-F9DA-40A2-A96E-C74FD7670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Fontepargpadro"/>
    <w:uiPriority w:val="99"/>
    <w:unhideWhenUsed/>
    <w:rsid w:val="00CF6FF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F6F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11</Pages>
  <Words>1483</Words>
  <Characters>8009</Characters>
  <Application>Microsoft Office Word</Application>
  <DocSecurity>0</DocSecurity>
  <Lines>66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9474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Denise Gomes | CREMEB</cp:lastModifiedBy>
  <cp:revision>9</cp:revision>
  <cp:lastPrinted>2025-12-01T18:51:00Z</cp:lastPrinted>
  <dcterms:created xsi:type="dcterms:W3CDTF">2025-12-01T13:24:00Z</dcterms:created>
  <dcterms:modified xsi:type="dcterms:W3CDTF">2026-07-20T20:12:00Z</dcterms:modified>
  <cp:category/>
</cp:coreProperties>
</file>